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B64A1" w14:textId="77777777" w:rsidR="0001659B" w:rsidRDefault="00000000">
      <w:pPr>
        <w:spacing w:after="30"/>
        <w:jc w:val="center"/>
      </w:pPr>
      <w:r>
        <w:rPr>
          <w:b/>
          <w:sz w:val="28"/>
          <w:lang w:val="tr-TR" w:eastAsia="tr-TR"/>
        </w:rPr>
        <w:t>GÜNEŞLI VADI İLKOKULU MÜDÜRLÜĞÜNE</w:t>
      </w:r>
    </w:p>
    <w:p w14:paraId="092033E2" w14:textId="77777777" w:rsidR="0001659B" w:rsidRDefault="00000000">
      <w:pPr>
        <w:spacing w:after="30"/>
        <w:jc w:val="center"/>
      </w:pPr>
      <w:r>
        <w:rPr>
          <w:b/>
          <w:sz w:val="24"/>
          <w:lang w:val="tr-TR" w:eastAsia="tr-TR"/>
        </w:rPr>
        <w:t>2026-2027 EĞİTİM ÖĞRETİM YILI</w:t>
      </w:r>
    </w:p>
    <w:p w14:paraId="33730BD7" w14:textId="77777777" w:rsidR="0001659B" w:rsidRDefault="00000000">
      <w:pPr>
        <w:spacing w:after="120"/>
        <w:jc w:val="center"/>
      </w:pPr>
      <w:r>
        <w:rPr>
          <w:b/>
          <w:sz w:val="24"/>
          <w:lang w:val="tr-TR" w:eastAsia="tr-TR"/>
        </w:rPr>
        <w:t>1. SINIFLAR SENE BAŞI ZÜMRE ÖĞRETMENLER KURULU TOPLANTISI</w:t>
      </w:r>
    </w:p>
    <w:p w14:paraId="5F9A0D6C" w14:textId="77777777" w:rsidR="0001659B" w:rsidRDefault="00000000">
      <w:pPr>
        <w:jc w:val="both"/>
      </w:pPr>
      <w:r>
        <w:rPr>
          <w:lang w:val="tr-TR" w:eastAsia="tr-TR"/>
        </w:rPr>
        <w:t>1. sınıflar sene başı zümre öğretmenler kurulu toplantısının 16 Eylül 2026 Çarşamba günü saat 13.30'da 1/A Sınıfında aşağıdaki gündem maddelerini görüşmek üzere yapılması planlanmıştır.</w:t>
      </w:r>
    </w:p>
    <w:p w14:paraId="3401CBAA" w14:textId="77777777" w:rsidR="0001659B" w:rsidRDefault="00000000">
      <w:pPr>
        <w:jc w:val="both"/>
      </w:pPr>
      <w:r>
        <w:rPr>
          <w:lang w:val="tr-TR" w:eastAsia="tr-TR"/>
        </w:rPr>
        <w:t>Bilgilerinize arz ederim.</w:t>
      </w:r>
    </w:p>
    <w:p w14:paraId="43EF1405" w14:textId="77777777" w:rsidR="0001659B" w:rsidRDefault="00000000">
      <w:pPr>
        <w:jc w:val="right"/>
      </w:pPr>
      <w:r>
        <w:rPr>
          <w:b/>
          <w:lang w:val="tr-TR" w:eastAsia="tr-TR"/>
        </w:rPr>
        <w:t>14 Eylül 2026</w:t>
      </w:r>
      <w:r>
        <w:rPr>
          <w:b/>
          <w:lang w:val="tr-TR" w:eastAsia="tr-TR"/>
        </w:rPr>
        <w:br/>
        <w:t>Ayşe KARACA</w:t>
      </w:r>
      <w:r>
        <w:rPr>
          <w:b/>
          <w:lang w:val="tr-TR" w:eastAsia="tr-TR"/>
        </w:rPr>
        <w:br/>
        <w:t>Zümre Başkanı</w:t>
      </w:r>
    </w:p>
    <w:p w14:paraId="45DFE6CC" w14:textId="77777777" w:rsidR="0001659B" w:rsidRDefault="00000000">
      <w:pPr>
        <w:spacing w:before="70" w:after="40"/>
        <w:jc w:val="both"/>
      </w:pPr>
      <w:r>
        <w:rPr>
          <w:b/>
          <w:sz w:val="22"/>
          <w:lang w:val="tr-TR" w:eastAsia="tr-TR"/>
        </w:rPr>
        <w:t>GÜNDEM MADDELERİ</w:t>
      </w:r>
    </w:p>
    <w:p w14:paraId="39A5F7ED" w14:textId="77777777" w:rsidR="0001659B" w:rsidRDefault="00000000">
      <w:pPr>
        <w:spacing w:after="25"/>
        <w:jc w:val="both"/>
      </w:pPr>
      <w:r>
        <w:rPr>
          <w:lang w:val="tr-TR" w:eastAsia="tr-TR"/>
        </w:rPr>
        <w:t>1. Açılış, yoklama ve gündemin onaylanması</w:t>
      </w:r>
    </w:p>
    <w:p w14:paraId="2F251471" w14:textId="77777777" w:rsidR="0001659B" w:rsidRDefault="00000000">
      <w:pPr>
        <w:spacing w:after="25"/>
        <w:jc w:val="both"/>
      </w:pPr>
      <w:r>
        <w:rPr>
          <w:lang w:val="tr-TR" w:eastAsia="tr-TR"/>
        </w:rPr>
        <w:t>2. Birinci sınıfa uyum, güvenli okul başlangıcı ve sınıf kültürünün oluşturulması</w:t>
      </w:r>
    </w:p>
    <w:p w14:paraId="3C8E089F" w14:textId="77777777" w:rsidR="0001659B" w:rsidRDefault="00000000">
      <w:pPr>
        <w:spacing w:after="25"/>
        <w:jc w:val="both"/>
      </w:pPr>
      <w:r>
        <w:rPr>
          <w:lang w:val="tr-TR" w:eastAsia="tr-TR"/>
        </w:rPr>
        <w:t>3. İlk okuma yazma sürecinde ses farkındalığı, dil gelişimi ve bireysel farklılıklar</w:t>
      </w:r>
    </w:p>
    <w:p w14:paraId="2FED7FDF" w14:textId="77777777" w:rsidR="0001659B" w:rsidRDefault="00000000">
      <w:pPr>
        <w:spacing w:after="25"/>
        <w:jc w:val="both"/>
      </w:pPr>
      <w:r>
        <w:rPr>
          <w:lang w:val="tr-TR" w:eastAsia="tr-TR"/>
        </w:rPr>
        <w:t>4. Matematiksel düşünmenin somut yaşantılar, oyun ve günlük yaşamla desteklenmesi</w:t>
      </w:r>
    </w:p>
    <w:p w14:paraId="454F6C1F" w14:textId="77777777" w:rsidR="0001659B" w:rsidRDefault="00000000">
      <w:pPr>
        <w:spacing w:after="25"/>
        <w:jc w:val="both"/>
      </w:pPr>
      <w:r>
        <w:rPr>
          <w:lang w:val="tr-TR" w:eastAsia="tr-TR"/>
        </w:rPr>
        <w:t>5. Hayat Bilgisi kapsamında öz bakım, güvenlik, aidiyet ve yaşam becerileri</w:t>
      </w:r>
    </w:p>
    <w:p w14:paraId="12F3C080" w14:textId="77777777" w:rsidR="0001659B" w:rsidRDefault="00000000">
      <w:pPr>
        <w:spacing w:after="25"/>
        <w:jc w:val="both"/>
      </w:pPr>
      <w:r>
        <w:rPr>
          <w:lang w:val="tr-TR" w:eastAsia="tr-TR"/>
        </w:rPr>
        <w:t>6. Oyun, hareket, sanat ve müzik yoluyla bütüncül gelişimin desteklenmesi</w:t>
      </w:r>
    </w:p>
    <w:p w14:paraId="2C2C9CCF" w14:textId="77777777" w:rsidR="0001659B" w:rsidRDefault="00000000">
      <w:pPr>
        <w:spacing w:after="25"/>
        <w:jc w:val="both"/>
      </w:pPr>
      <w:r>
        <w:rPr>
          <w:lang w:val="tr-TR" w:eastAsia="tr-TR"/>
        </w:rPr>
        <w:t>7. Öğrenme çıktıları ve süreç bileşenleri doğrultusunda öğretimin planlanması</w:t>
      </w:r>
    </w:p>
    <w:p w14:paraId="46886E6A" w14:textId="77777777" w:rsidR="0001659B" w:rsidRDefault="00000000">
      <w:pPr>
        <w:spacing w:after="25"/>
        <w:jc w:val="both"/>
      </w:pPr>
      <w:r>
        <w:rPr>
          <w:lang w:val="tr-TR" w:eastAsia="tr-TR"/>
        </w:rPr>
        <w:t>8. Farklılaştırılmış öğretim, destekleme ve zenginleştirme uygulamaları</w:t>
      </w:r>
    </w:p>
    <w:p w14:paraId="7B00C1B4" w14:textId="77777777" w:rsidR="0001659B" w:rsidRDefault="00000000">
      <w:pPr>
        <w:spacing w:after="25"/>
        <w:jc w:val="both"/>
      </w:pPr>
      <w:r>
        <w:rPr>
          <w:lang w:val="tr-TR" w:eastAsia="tr-TR"/>
        </w:rPr>
        <w:t>9. Süreç odaklı ölçme-değerlendirme ve öğrenme kanıtlarının kullanılması</w:t>
      </w:r>
    </w:p>
    <w:p w14:paraId="6714177D" w14:textId="77777777" w:rsidR="0001659B" w:rsidRDefault="00000000">
      <w:pPr>
        <w:spacing w:after="25"/>
        <w:jc w:val="both"/>
      </w:pPr>
      <w:r>
        <w:rPr>
          <w:lang w:val="tr-TR" w:eastAsia="tr-TR"/>
        </w:rPr>
        <w:t>10. Erdem-Değer-Eylem, sosyal-duygusal öğrenme ve olumlu sınıf iklimi</w:t>
      </w:r>
    </w:p>
    <w:p w14:paraId="08D6156B" w14:textId="77777777" w:rsidR="0001659B" w:rsidRDefault="00000000">
      <w:pPr>
        <w:spacing w:after="25"/>
        <w:jc w:val="both"/>
      </w:pPr>
      <w:r>
        <w:rPr>
          <w:lang w:val="tr-TR" w:eastAsia="tr-TR"/>
        </w:rPr>
        <w:t>11. Okul-aile iş birliği, devam-devamsızlık ve öğrenci mahremiyeti</w:t>
      </w:r>
    </w:p>
    <w:p w14:paraId="180058C7" w14:textId="77777777" w:rsidR="0001659B" w:rsidRDefault="00000000">
      <w:pPr>
        <w:spacing w:after="25"/>
        <w:jc w:val="both"/>
      </w:pPr>
      <w:r>
        <w:rPr>
          <w:lang w:val="tr-TR" w:eastAsia="tr-TR"/>
        </w:rPr>
        <w:t>12. Özel eğitim gereksinimleri, BEP ve rehberlik hizmetleri</w:t>
      </w:r>
    </w:p>
    <w:p w14:paraId="605A98E4" w14:textId="77777777" w:rsidR="0001659B" w:rsidRDefault="00000000">
      <w:pPr>
        <w:spacing w:after="25"/>
        <w:jc w:val="both"/>
      </w:pPr>
      <w:r>
        <w:rPr>
          <w:lang w:val="tr-TR" w:eastAsia="tr-TR"/>
        </w:rPr>
        <w:t>13. Dijital içeriklerin yaşa uygun, güvenli ve amaçlı kullanımı</w:t>
      </w:r>
    </w:p>
    <w:p w14:paraId="0EA8516D" w14:textId="77777777" w:rsidR="0001659B" w:rsidRDefault="00000000">
      <w:pPr>
        <w:spacing w:after="25"/>
        <w:jc w:val="both"/>
      </w:pPr>
      <w:r>
        <w:rPr>
          <w:lang w:val="tr-TR" w:eastAsia="tr-TR"/>
        </w:rPr>
        <w:t>14. Zümre içi iş birliği, ortak materyal geliştirme ve iyi uygulama paylaşımı</w:t>
      </w:r>
    </w:p>
    <w:p w14:paraId="6A4879F8" w14:textId="77777777" w:rsidR="0001659B" w:rsidRDefault="00000000">
      <w:pPr>
        <w:spacing w:after="25"/>
        <w:jc w:val="both"/>
      </w:pPr>
      <w:r>
        <w:rPr>
          <w:lang w:val="tr-TR" w:eastAsia="tr-TR"/>
        </w:rPr>
        <w:t>15. Dilek ve temenniler, kapanış</w:t>
      </w:r>
    </w:p>
    <w:p w14:paraId="33027F49" w14:textId="77777777" w:rsidR="00844836" w:rsidRDefault="00844836">
      <w:pPr>
        <w:spacing w:before="100"/>
        <w:jc w:val="center"/>
        <w:rPr>
          <w:b/>
          <w:lang w:val="tr-TR" w:eastAsia="tr-TR"/>
        </w:rPr>
      </w:pPr>
    </w:p>
    <w:p w14:paraId="1D68B725" w14:textId="77777777" w:rsidR="00844836" w:rsidRDefault="00844836">
      <w:pPr>
        <w:spacing w:before="100"/>
        <w:jc w:val="center"/>
        <w:rPr>
          <w:b/>
          <w:lang w:val="tr-TR" w:eastAsia="tr-TR"/>
        </w:rPr>
      </w:pPr>
    </w:p>
    <w:p w14:paraId="15E9EE74" w14:textId="77777777" w:rsidR="00844836" w:rsidRDefault="00844836">
      <w:pPr>
        <w:spacing w:before="100"/>
        <w:jc w:val="center"/>
        <w:rPr>
          <w:b/>
          <w:lang w:val="tr-TR" w:eastAsia="tr-TR"/>
        </w:rPr>
      </w:pPr>
    </w:p>
    <w:p w14:paraId="69246BF6" w14:textId="77777777" w:rsidR="00844836" w:rsidRDefault="00844836">
      <w:pPr>
        <w:spacing w:before="100"/>
        <w:jc w:val="center"/>
        <w:rPr>
          <w:b/>
          <w:lang w:val="tr-TR" w:eastAsia="tr-TR"/>
        </w:rPr>
      </w:pPr>
    </w:p>
    <w:p w14:paraId="285A4213" w14:textId="77777777" w:rsidR="00844836" w:rsidRDefault="00844836">
      <w:pPr>
        <w:spacing w:before="100"/>
        <w:jc w:val="center"/>
        <w:rPr>
          <w:b/>
          <w:lang w:val="tr-TR" w:eastAsia="tr-TR"/>
        </w:rPr>
      </w:pPr>
    </w:p>
    <w:p w14:paraId="529ED52E" w14:textId="77777777" w:rsidR="00844836" w:rsidRDefault="00844836">
      <w:pPr>
        <w:spacing w:before="100"/>
        <w:jc w:val="center"/>
        <w:rPr>
          <w:b/>
          <w:lang w:val="tr-TR" w:eastAsia="tr-TR"/>
        </w:rPr>
      </w:pPr>
    </w:p>
    <w:p w14:paraId="6C94F499" w14:textId="77777777" w:rsidR="00844836" w:rsidRDefault="00844836">
      <w:pPr>
        <w:spacing w:before="100"/>
        <w:jc w:val="center"/>
        <w:rPr>
          <w:b/>
          <w:lang w:val="tr-TR" w:eastAsia="tr-TR"/>
        </w:rPr>
      </w:pPr>
    </w:p>
    <w:p w14:paraId="10FF2376" w14:textId="77777777" w:rsidR="00844836" w:rsidRDefault="00844836">
      <w:pPr>
        <w:spacing w:before="100"/>
        <w:jc w:val="center"/>
        <w:rPr>
          <w:b/>
          <w:lang w:val="tr-TR" w:eastAsia="tr-TR"/>
        </w:rPr>
      </w:pPr>
    </w:p>
    <w:p w14:paraId="4940BD7F" w14:textId="77777777" w:rsidR="00844836" w:rsidRDefault="00844836">
      <w:pPr>
        <w:spacing w:before="100"/>
        <w:jc w:val="center"/>
        <w:rPr>
          <w:b/>
          <w:lang w:val="tr-TR" w:eastAsia="tr-TR"/>
        </w:rPr>
      </w:pPr>
    </w:p>
    <w:p w14:paraId="01B5DF94" w14:textId="77777777" w:rsidR="00844836" w:rsidRDefault="00844836">
      <w:pPr>
        <w:spacing w:before="100"/>
        <w:jc w:val="center"/>
        <w:rPr>
          <w:b/>
          <w:lang w:val="tr-TR" w:eastAsia="tr-TR"/>
        </w:rPr>
      </w:pPr>
    </w:p>
    <w:p w14:paraId="1FB43170" w14:textId="77777777" w:rsidR="00844836" w:rsidRDefault="00844836">
      <w:pPr>
        <w:spacing w:before="100"/>
        <w:jc w:val="center"/>
        <w:rPr>
          <w:b/>
          <w:lang w:val="tr-TR" w:eastAsia="tr-TR"/>
        </w:rPr>
      </w:pPr>
    </w:p>
    <w:p w14:paraId="797C01D9" w14:textId="394ED0FC" w:rsidR="0001659B" w:rsidRDefault="00000000">
      <w:pPr>
        <w:spacing w:before="100"/>
        <w:jc w:val="center"/>
      </w:pPr>
      <w:r>
        <w:rPr>
          <w:b/>
          <w:lang w:val="tr-TR" w:eastAsia="tr-TR"/>
        </w:rPr>
        <w:t>UYGUNDUR</w:t>
      </w:r>
      <w:r>
        <w:rPr>
          <w:b/>
          <w:lang w:val="tr-TR" w:eastAsia="tr-TR"/>
        </w:rPr>
        <w:br/>
        <w:t>Murat DEMİR</w:t>
      </w:r>
      <w:r>
        <w:rPr>
          <w:b/>
          <w:lang w:val="tr-TR" w:eastAsia="tr-TR"/>
        </w:rPr>
        <w:br/>
        <w:t>Okul Müdürü</w:t>
      </w:r>
    </w:p>
    <w:p w14:paraId="255FCB1C" w14:textId="77777777" w:rsidR="0001659B" w:rsidRDefault="00000000">
      <w:r>
        <w:rPr>
          <w:lang w:val="tr-TR" w:eastAsia="tr-TR"/>
        </w:rPr>
        <w:br w:type="page"/>
      </w:r>
    </w:p>
    <w:p w14:paraId="66FFAC97" w14:textId="77777777" w:rsidR="0001659B" w:rsidRDefault="00000000">
      <w:pPr>
        <w:spacing w:after="30"/>
        <w:jc w:val="center"/>
      </w:pPr>
      <w:r>
        <w:rPr>
          <w:b/>
          <w:sz w:val="28"/>
          <w:lang w:val="tr-TR" w:eastAsia="tr-TR"/>
        </w:rPr>
        <w:lastRenderedPageBreak/>
        <w:t>GÜNEŞLI VADI İLKOKULU</w:t>
      </w:r>
    </w:p>
    <w:p w14:paraId="798CF844" w14:textId="77777777" w:rsidR="0001659B" w:rsidRDefault="00000000">
      <w:pPr>
        <w:spacing w:after="30"/>
        <w:jc w:val="center"/>
      </w:pPr>
      <w:r>
        <w:rPr>
          <w:b/>
          <w:sz w:val="24"/>
          <w:lang w:val="tr-TR" w:eastAsia="tr-TR"/>
        </w:rPr>
        <w:t>2026-2027 EĞİTİM ÖĞRETİM YILI</w:t>
      </w:r>
    </w:p>
    <w:p w14:paraId="301D399F" w14:textId="77777777" w:rsidR="0001659B" w:rsidRDefault="00000000">
      <w:pPr>
        <w:spacing w:after="100"/>
        <w:jc w:val="center"/>
      </w:pPr>
      <w:r>
        <w:rPr>
          <w:b/>
          <w:sz w:val="24"/>
          <w:lang w:val="tr-TR" w:eastAsia="tr-TR"/>
        </w:rPr>
        <w:t>1. SINIFLAR SENE BAŞI ZÜMRE ÖĞRETMENLER KURULU TOPLANTI TUTANAĞI</w:t>
      </w:r>
    </w:p>
    <w:p w14:paraId="54E53383" w14:textId="77777777" w:rsidR="005B74EB" w:rsidRDefault="005B74EB">
      <w:pPr>
        <w:spacing w:after="16"/>
        <w:rPr>
          <w:b/>
          <w:lang w:val="tr-TR" w:eastAsia="tr-TR"/>
        </w:rPr>
      </w:pPr>
    </w:p>
    <w:p w14:paraId="6C385868" w14:textId="3C52F09B" w:rsidR="0001659B" w:rsidRDefault="00000000">
      <w:pPr>
        <w:spacing w:after="16"/>
      </w:pPr>
      <w:r>
        <w:rPr>
          <w:b/>
          <w:lang w:val="tr-TR" w:eastAsia="tr-TR"/>
        </w:rPr>
        <w:t xml:space="preserve">Toplantı No: </w:t>
      </w:r>
      <w:r>
        <w:rPr>
          <w:lang w:val="tr-TR" w:eastAsia="tr-TR"/>
        </w:rPr>
        <w:t>1</w:t>
      </w:r>
    </w:p>
    <w:p w14:paraId="48A49135" w14:textId="77777777" w:rsidR="0001659B" w:rsidRDefault="00000000">
      <w:pPr>
        <w:spacing w:after="16"/>
      </w:pPr>
      <w:r>
        <w:rPr>
          <w:b/>
          <w:lang w:val="tr-TR" w:eastAsia="tr-TR"/>
        </w:rPr>
        <w:t xml:space="preserve">Toplantı Tarihi: </w:t>
      </w:r>
      <w:r>
        <w:rPr>
          <w:lang w:val="tr-TR" w:eastAsia="tr-TR"/>
        </w:rPr>
        <w:t>16 Eylül 2026 Çarşamba</w:t>
      </w:r>
    </w:p>
    <w:p w14:paraId="6C6368CE" w14:textId="77777777" w:rsidR="0001659B" w:rsidRDefault="00000000">
      <w:pPr>
        <w:spacing w:after="16"/>
      </w:pPr>
      <w:r>
        <w:rPr>
          <w:b/>
          <w:lang w:val="tr-TR" w:eastAsia="tr-TR"/>
        </w:rPr>
        <w:t xml:space="preserve">Toplantı Saati: </w:t>
      </w:r>
      <w:r>
        <w:rPr>
          <w:lang w:val="tr-TR" w:eastAsia="tr-TR"/>
        </w:rPr>
        <w:t>13.30</w:t>
      </w:r>
    </w:p>
    <w:p w14:paraId="3CB89CC6" w14:textId="77777777" w:rsidR="0001659B" w:rsidRDefault="00000000">
      <w:pPr>
        <w:spacing w:after="16"/>
      </w:pPr>
      <w:r>
        <w:rPr>
          <w:b/>
          <w:lang w:val="tr-TR" w:eastAsia="tr-TR"/>
        </w:rPr>
        <w:t xml:space="preserve">Toplantı Yeri: </w:t>
      </w:r>
      <w:r>
        <w:rPr>
          <w:lang w:val="tr-TR" w:eastAsia="tr-TR"/>
        </w:rPr>
        <w:t>1/A Sınıfı</w:t>
      </w:r>
    </w:p>
    <w:p w14:paraId="11632E2D" w14:textId="77777777" w:rsidR="0001659B" w:rsidRDefault="00000000">
      <w:pPr>
        <w:spacing w:after="16"/>
      </w:pPr>
      <w:r>
        <w:rPr>
          <w:b/>
          <w:lang w:val="tr-TR" w:eastAsia="tr-TR"/>
        </w:rPr>
        <w:t xml:space="preserve">Zümre Başkanı: </w:t>
      </w:r>
      <w:r>
        <w:rPr>
          <w:lang w:val="tr-TR" w:eastAsia="tr-TR"/>
        </w:rPr>
        <w:t>Ayşe KARACA</w:t>
      </w:r>
    </w:p>
    <w:p w14:paraId="24EF2A73" w14:textId="77777777" w:rsidR="0001659B" w:rsidRDefault="00000000">
      <w:pPr>
        <w:spacing w:after="16"/>
      </w:pPr>
      <w:r>
        <w:rPr>
          <w:b/>
          <w:lang w:val="tr-TR" w:eastAsia="tr-TR"/>
        </w:rPr>
        <w:t xml:space="preserve">Katılanlar: </w:t>
      </w:r>
      <w:r>
        <w:rPr>
          <w:lang w:val="tr-TR" w:eastAsia="tr-TR"/>
        </w:rPr>
        <w:t>Ayşe KARACA, Mehmet ŞAHİN, Derya AKIN, Emre YILDIZ, Sibel KOÇ, Hakan ARSLAN</w:t>
      </w:r>
    </w:p>
    <w:p w14:paraId="367148FC" w14:textId="77777777" w:rsidR="005B74EB" w:rsidRDefault="005B74EB">
      <w:pPr>
        <w:spacing w:before="70" w:after="40"/>
        <w:jc w:val="both"/>
        <w:rPr>
          <w:b/>
          <w:sz w:val="22"/>
          <w:lang w:val="tr-TR" w:eastAsia="tr-TR"/>
        </w:rPr>
      </w:pPr>
    </w:p>
    <w:p w14:paraId="063C36CD" w14:textId="77F6142F" w:rsidR="0001659B" w:rsidRDefault="00000000">
      <w:pPr>
        <w:spacing w:before="70" w:after="40"/>
        <w:jc w:val="both"/>
      </w:pPr>
      <w:r>
        <w:rPr>
          <w:b/>
          <w:sz w:val="22"/>
          <w:lang w:val="tr-TR" w:eastAsia="tr-TR"/>
        </w:rPr>
        <w:t>GÜNDEM MADDELERİNİN GÖRÜŞÜLMESİ</w:t>
      </w:r>
    </w:p>
    <w:p w14:paraId="4F0F12B7" w14:textId="77777777" w:rsidR="0001659B" w:rsidRDefault="00000000">
      <w:pPr>
        <w:jc w:val="both"/>
      </w:pPr>
      <w:r>
        <w:rPr>
          <w:b/>
          <w:lang w:val="tr-TR" w:eastAsia="tr-TR"/>
        </w:rPr>
        <w:t>1. Açılış, yoklama ve gündemin onaylanması</w:t>
      </w:r>
    </w:p>
    <w:p w14:paraId="104DD1D2" w14:textId="77777777" w:rsidR="0001659B" w:rsidRDefault="00000000">
      <w:pPr>
        <w:jc w:val="both"/>
      </w:pPr>
      <w:r>
        <w:rPr>
          <w:lang w:val="tr-TR" w:eastAsia="tr-TR"/>
        </w:rPr>
        <w:t>Toplantı Zümre Başkanı Ayşe KARACA tarafından açıldı. Katılım kontrol edildi; zümre başkanı ve beş zümre öğretmeni olmak üzere toplam altı öğretmenin hazır bulunduğu görüldü. Gündem maddeleri okunarak oy birliğiyle kabul edildi.</w:t>
      </w:r>
    </w:p>
    <w:p w14:paraId="147728E1" w14:textId="77777777" w:rsidR="0001659B" w:rsidRDefault="00000000">
      <w:pPr>
        <w:spacing w:before="70" w:after="40"/>
        <w:jc w:val="both"/>
      </w:pPr>
      <w:r>
        <w:rPr>
          <w:b/>
          <w:sz w:val="22"/>
          <w:lang w:val="tr-TR" w:eastAsia="tr-TR"/>
        </w:rPr>
        <w:t>2. Birinci sınıfa uyum, güvenli okul başlangıcı ve sınıf kültürünün oluşturulması</w:t>
      </w:r>
    </w:p>
    <w:p w14:paraId="3A67ED12" w14:textId="77777777" w:rsidR="0001659B" w:rsidRDefault="00000000">
      <w:pPr>
        <w:jc w:val="both"/>
      </w:pPr>
      <w:r>
        <w:rPr>
          <w:lang w:val="tr-TR" w:eastAsia="tr-TR"/>
        </w:rPr>
        <w:t>Birinci sınıfta öğrencilerin okula güven duyarak başlamalarının akademik öğrenmeler kadar önemli olduğu görüşüldü. İlk haftalarda sınıf rutinlerinin, güvenli hareket etme alışkanlıklarının, akran ilişkilerinin ve öğrencinin kendi eşyalarından sorumlu olmasının desteklenmesi benimsendi.</w:t>
      </w:r>
    </w:p>
    <w:p w14:paraId="3FFEA142" w14:textId="77777777" w:rsidR="0001659B" w:rsidRDefault="00000000">
      <w:pPr>
        <w:spacing w:before="70" w:after="40"/>
        <w:jc w:val="both"/>
      </w:pPr>
      <w:r>
        <w:rPr>
          <w:b/>
          <w:sz w:val="22"/>
          <w:lang w:val="tr-TR" w:eastAsia="tr-TR"/>
        </w:rPr>
        <w:t>3. İlk okuma yazma sürecinde ses farkındalığı, dil gelişimi ve bireysel farklılıklar</w:t>
      </w:r>
    </w:p>
    <w:p w14:paraId="267D3306" w14:textId="77777777" w:rsidR="0001659B" w:rsidRDefault="00000000">
      <w:pPr>
        <w:jc w:val="both"/>
      </w:pPr>
      <w:r>
        <w:rPr>
          <w:lang w:val="tr-TR" w:eastAsia="tr-TR"/>
        </w:rPr>
        <w:t>İlk okuma yazma sürecinde öğrencilerin sesleri fark etme, dinleme, konuşma ve anlam kurma becerilerinin temel alınması; öğrencilerin gelişim hızlarının karşılaştırılmaması ve mekanik ezber yerine anlamlı dil yaşantılarına ağırlık verilmesi gerektiği belirtildi.</w:t>
      </w:r>
    </w:p>
    <w:p w14:paraId="2C1B430D" w14:textId="77777777" w:rsidR="0001659B" w:rsidRDefault="00000000">
      <w:pPr>
        <w:spacing w:before="70" w:after="40"/>
        <w:jc w:val="both"/>
      </w:pPr>
      <w:r>
        <w:rPr>
          <w:b/>
          <w:sz w:val="22"/>
          <w:lang w:val="tr-TR" w:eastAsia="tr-TR"/>
        </w:rPr>
        <w:t>4. Matematiksel düşünmenin somut yaşantılar, oyun ve günlük yaşamla desteklenmesi</w:t>
      </w:r>
    </w:p>
    <w:p w14:paraId="2CE80358" w14:textId="77777777" w:rsidR="0001659B" w:rsidRDefault="00000000">
      <w:pPr>
        <w:jc w:val="both"/>
      </w:pPr>
      <w:r>
        <w:rPr>
          <w:lang w:val="tr-TR" w:eastAsia="tr-TR"/>
        </w:rPr>
        <w:t>Matematik çalışmalarında sayıları ve işlemleri yalnız semboller üzerinden değil; nesne, görsel, oyun, hikâye ve günlük yaşam durumlarıyla anlamlandırmaya fırsat verilmesi kararlaştırıldı. Öğrencinin çözümünü açıklamasına ve farklı yollar denemesine zaman ayrılması uygun görüldü.</w:t>
      </w:r>
    </w:p>
    <w:p w14:paraId="5BD51498" w14:textId="77777777" w:rsidR="0001659B" w:rsidRDefault="00000000">
      <w:pPr>
        <w:spacing w:before="70" w:after="40"/>
        <w:jc w:val="both"/>
      </w:pPr>
      <w:r>
        <w:rPr>
          <w:b/>
          <w:sz w:val="22"/>
          <w:lang w:val="tr-TR" w:eastAsia="tr-TR"/>
        </w:rPr>
        <w:t>5. Hayat Bilgisi kapsamında öz bakım, güvenlik, aidiyet ve yaşam becerileri</w:t>
      </w:r>
    </w:p>
    <w:p w14:paraId="1883EBF4" w14:textId="77777777" w:rsidR="0001659B" w:rsidRDefault="00000000">
      <w:pPr>
        <w:jc w:val="both"/>
      </w:pPr>
      <w:r>
        <w:rPr>
          <w:lang w:val="tr-TR" w:eastAsia="tr-TR"/>
        </w:rPr>
        <w:t>Hayat Bilgisi çalışmalarında öğrencinin kendini tanıması, sınıfına ve okuluna aidiyet geliştirmesi, öz bakımını yapması, güvenlik kurallarını uygulaması ve basit sorumlulukları yerine getirmesi üzerinde durulması benimsendi.</w:t>
      </w:r>
    </w:p>
    <w:p w14:paraId="17FFB63A" w14:textId="77777777" w:rsidR="0001659B" w:rsidRDefault="00000000">
      <w:pPr>
        <w:spacing w:before="70" w:after="40"/>
        <w:jc w:val="both"/>
      </w:pPr>
      <w:r>
        <w:rPr>
          <w:b/>
          <w:sz w:val="22"/>
          <w:lang w:val="tr-TR" w:eastAsia="tr-TR"/>
        </w:rPr>
        <w:t>6. Oyun, hareket, sanat ve müzik yoluyla bütüncül gelişimin desteklenmesi</w:t>
      </w:r>
    </w:p>
    <w:p w14:paraId="47FE8698" w14:textId="77777777" w:rsidR="0001659B" w:rsidRDefault="00000000">
      <w:pPr>
        <w:jc w:val="both"/>
      </w:pPr>
      <w:r>
        <w:rPr>
          <w:lang w:val="tr-TR" w:eastAsia="tr-TR"/>
        </w:rPr>
        <w:t>Öğrenme çıktılarının öğrencinin yapabildikleri üzerinden izlenmesi; gözlem, öğrenci ürünü, performans ve kısa görevler gibi farklı öğrenme kanıtlarından yararlanılması gerektiği ifade edildi.</w:t>
      </w:r>
    </w:p>
    <w:p w14:paraId="0A7E3F8D" w14:textId="77777777" w:rsidR="0001659B" w:rsidRDefault="00000000">
      <w:pPr>
        <w:spacing w:before="70" w:after="40"/>
        <w:jc w:val="both"/>
      </w:pPr>
      <w:r>
        <w:rPr>
          <w:b/>
          <w:sz w:val="22"/>
          <w:lang w:val="tr-TR" w:eastAsia="tr-TR"/>
        </w:rPr>
        <w:t>7. Öğrenme çıktıları ve öğretim sürecinin planlanması</w:t>
      </w:r>
    </w:p>
    <w:p w14:paraId="2858BEE5" w14:textId="77777777" w:rsidR="0001659B" w:rsidRDefault="00000000">
      <w:pPr>
        <w:jc w:val="both"/>
      </w:pPr>
      <w:r>
        <w:rPr>
          <w:lang w:val="tr-TR" w:eastAsia="tr-TR"/>
        </w:rPr>
        <w:t>Yıllık ve günlük öğretim süreçlerinde öğrenme çıktılarının öğrencinin aktif katılımını sağlayacak yaşantılarla ilişkilendirilmesi; konu yetiştirme anlayışı yerine öğrenmenin niteliğinin ve öğrencinin beceriyi kullanabilmesinin esas alınması gerektiği görüşüldü.</w:t>
      </w:r>
    </w:p>
    <w:p w14:paraId="6FA01348" w14:textId="77777777" w:rsidR="0001659B" w:rsidRDefault="00000000">
      <w:pPr>
        <w:spacing w:before="70" w:after="40"/>
        <w:jc w:val="both"/>
      </w:pPr>
      <w:r>
        <w:rPr>
          <w:b/>
          <w:sz w:val="22"/>
          <w:lang w:val="tr-TR" w:eastAsia="tr-TR"/>
        </w:rPr>
        <w:t>8. Farklılaştırılmış öğretim</w:t>
      </w:r>
    </w:p>
    <w:p w14:paraId="6B10A4EB" w14:textId="77777777" w:rsidR="0001659B" w:rsidRDefault="00000000">
      <w:pPr>
        <w:jc w:val="both"/>
      </w:pPr>
      <w:r>
        <w:rPr>
          <w:lang w:val="tr-TR" w:eastAsia="tr-TR"/>
        </w:rPr>
        <w:t>Hazırbulunuşluk, ilgi ve öğrenme hızındaki farklılıkların dikkate alınması; desteğe ihtiyaç duyan öğrenciler için basamaklandırma, model olma ve ek geri bildirim; ileri düzeyde ilerleyen öğrenciler için açık uçlu, araştırmaya ve üretime dayalı zenginleştirme görevleri planlanması benimsendi.</w:t>
      </w:r>
    </w:p>
    <w:p w14:paraId="7893BDA2" w14:textId="77777777" w:rsidR="0001659B" w:rsidRDefault="00000000">
      <w:pPr>
        <w:spacing w:before="70" w:after="40"/>
        <w:jc w:val="both"/>
      </w:pPr>
      <w:r>
        <w:rPr>
          <w:b/>
          <w:sz w:val="22"/>
          <w:lang w:val="tr-TR" w:eastAsia="tr-TR"/>
        </w:rPr>
        <w:t>9. Süreç odaklı ölçme-değerlendirme</w:t>
      </w:r>
    </w:p>
    <w:p w14:paraId="56DEF034" w14:textId="77777777" w:rsidR="0001659B" w:rsidRDefault="00000000">
      <w:pPr>
        <w:jc w:val="both"/>
      </w:pPr>
      <w:r>
        <w:rPr>
          <w:lang w:val="tr-TR" w:eastAsia="tr-TR"/>
        </w:rPr>
        <w:t>Öğrenci gelişiminin tek bir sonuçla değil gözlem, öğrenci ürünü, performans, sözlü açıklama, kısa görev, öz değerlendirme ve benzeri öğrenme kanıtlarıyla izlenmesi; geri bildirimin öğrencinin güçlü yönünü ve bir sonraki öğrenme adımını görmesini sağlayacak biçimde verilmesi kararlaştırıldı.</w:t>
      </w:r>
    </w:p>
    <w:p w14:paraId="41B1DA93" w14:textId="77777777" w:rsidR="0001659B" w:rsidRDefault="00000000">
      <w:pPr>
        <w:spacing w:before="70" w:after="40"/>
        <w:jc w:val="both"/>
      </w:pPr>
      <w:r>
        <w:rPr>
          <w:b/>
          <w:sz w:val="22"/>
          <w:lang w:val="tr-TR" w:eastAsia="tr-TR"/>
        </w:rPr>
        <w:t>10. Erdem-Değer-Eylem ve sosyal-duygusal öğrenme</w:t>
      </w:r>
    </w:p>
    <w:p w14:paraId="5F1B1184" w14:textId="77777777" w:rsidR="0001659B" w:rsidRDefault="00000000">
      <w:pPr>
        <w:jc w:val="both"/>
      </w:pPr>
      <w:r>
        <w:rPr>
          <w:lang w:val="tr-TR" w:eastAsia="tr-TR"/>
        </w:rPr>
        <w:t>Saygı, sorumluluk, dürüstlük, adalet, yardımlaşma ve merhamet gibi değerlerin ders ve sınıf yaşamında davranışa dönüşmesini destekleyen uygulamalara yer verilmesi; iş birliği, öz düzenleme, empati ve yapıcı iletişim becerilerinin günlük sınıf süreçleri içinde geliştirilmesi uygun görüldü.</w:t>
      </w:r>
    </w:p>
    <w:p w14:paraId="163457AE" w14:textId="77777777" w:rsidR="005B74EB" w:rsidRDefault="005B74EB">
      <w:pPr>
        <w:spacing w:before="70" w:after="40"/>
        <w:jc w:val="both"/>
        <w:rPr>
          <w:b/>
          <w:sz w:val="22"/>
          <w:lang w:val="tr-TR" w:eastAsia="tr-TR"/>
        </w:rPr>
      </w:pPr>
    </w:p>
    <w:p w14:paraId="34A13DDF" w14:textId="77777777" w:rsidR="005B74EB" w:rsidRDefault="005B74EB">
      <w:pPr>
        <w:spacing w:before="70" w:after="40"/>
        <w:jc w:val="both"/>
        <w:rPr>
          <w:b/>
          <w:sz w:val="22"/>
          <w:lang w:val="tr-TR" w:eastAsia="tr-TR"/>
        </w:rPr>
      </w:pPr>
    </w:p>
    <w:p w14:paraId="2C7BE62C" w14:textId="711458D8" w:rsidR="0001659B" w:rsidRDefault="00000000">
      <w:pPr>
        <w:spacing w:before="70" w:after="40"/>
        <w:jc w:val="both"/>
      </w:pPr>
      <w:r>
        <w:rPr>
          <w:b/>
          <w:sz w:val="22"/>
          <w:lang w:val="tr-TR" w:eastAsia="tr-TR"/>
        </w:rPr>
        <w:lastRenderedPageBreak/>
        <w:t>11. Özel eğitim, BEP ve rehberlik</w:t>
      </w:r>
    </w:p>
    <w:p w14:paraId="2839EB12" w14:textId="77777777" w:rsidR="0001659B" w:rsidRDefault="00000000">
      <w:pPr>
        <w:jc w:val="both"/>
      </w:pPr>
      <w:r>
        <w:rPr>
          <w:lang w:val="tr-TR" w:eastAsia="tr-TR"/>
        </w:rPr>
        <w:t>Özel eğitim ihtiyacı bulunan veya ek desteğe gereksinim duyduğu gözlenen öğrenciler için gerekli uyarlamaların yapılması; aile, rehberlik hizmetleri ve okul yönetimiyle iş birliği kurulması; öğrencinin güçlü yönlerinin ve gelişim gereksinimlerinin birlikte ele alınması gerektiği belirtildi.</w:t>
      </w:r>
    </w:p>
    <w:p w14:paraId="50FBD726" w14:textId="77777777" w:rsidR="0001659B" w:rsidRDefault="00000000">
      <w:pPr>
        <w:spacing w:before="70" w:after="40"/>
        <w:jc w:val="both"/>
      </w:pPr>
      <w:r>
        <w:rPr>
          <w:b/>
          <w:sz w:val="22"/>
          <w:lang w:val="tr-TR" w:eastAsia="tr-TR"/>
        </w:rPr>
        <w:t>12. Okul-aile iş birliği, devam ve mahremiyet</w:t>
      </w:r>
    </w:p>
    <w:p w14:paraId="68799CD3" w14:textId="77777777" w:rsidR="0001659B" w:rsidRDefault="00000000">
      <w:pPr>
        <w:jc w:val="both"/>
      </w:pPr>
      <w:r>
        <w:rPr>
          <w:lang w:val="tr-TR" w:eastAsia="tr-TR"/>
        </w:rPr>
        <w:t>Ailelerle düzenli, saygılı ve çözüm odaklı iletişim kurulması; devam-devamsızlığın izlenmesi ve öğrenme sürekliliğinin korunması benimsendi. Öğrenciye ait fotoğraf, video, başarı bilgisi veya kişisel verilerin izinsiz paylaşılmaması ve bireysel öğrenci konularının uygun görüşme ortamlarında ele alınması gerektiği vurgulandı.</w:t>
      </w:r>
    </w:p>
    <w:p w14:paraId="1C824A8F" w14:textId="77777777" w:rsidR="0001659B" w:rsidRDefault="00000000">
      <w:pPr>
        <w:spacing w:before="70" w:after="40"/>
        <w:jc w:val="both"/>
      </w:pPr>
      <w:r>
        <w:rPr>
          <w:b/>
          <w:sz w:val="22"/>
          <w:lang w:val="tr-TR" w:eastAsia="tr-TR"/>
        </w:rPr>
        <w:t>13. Dijital güvenlik ve amaçlı teknoloji kullanımı</w:t>
      </w:r>
    </w:p>
    <w:p w14:paraId="4D7305BF" w14:textId="77777777" w:rsidR="0001659B" w:rsidRDefault="00000000">
      <w:pPr>
        <w:jc w:val="both"/>
      </w:pPr>
      <w:r>
        <w:rPr>
          <w:lang w:val="tr-TR" w:eastAsia="tr-TR"/>
        </w:rPr>
        <w:t>Dijital içeriklerin öğrencinin yaşına, gelişim düzeyine ve öğrenme amacına uygun seçilmesi; bilgi güvenilirliği, kişisel verilerin korunması, çevrim içi saygılı iletişim ve ekran dengesine ilişkin farkındalığın geliştirilmesi gerektiği görüşüldü.</w:t>
      </w:r>
    </w:p>
    <w:p w14:paraId="50B05A42" w14:textId="77777777" w:rsidR="0001659B" w:rsidRDefault="00000000">
      <w:pPr>
        <w:spacing w:before="70" w:after="40"/>
        <w:jc w:val="both"/>
      </w:pPr>
      <w:r>
        <w:rPr>
          <w:b/>
          <w:sz w:val="22"/>
          <w:lang w:val="tr-TR" w:eastAsia="tr-TR"/>
        </w:rPr>
        <w:t>14. Zümre iş birliği ve ortak çalışma</w:t>
      </w:r>
    </w:p>
    <w:p w14:paraId="18838912" w14:textId="77777777" w:rsidR="0001659B" w:rsidRDefault="00000000">
      <w:pPr>
        <w:jc w:val="both"/>
      </w:pPr>
      <w:r>
        <w:rPr>
          <w:lang w:val="tr-TR" w:eastAsia="tr-TR"/>
        </w:rPr>
        <w:t>Zümre öğretmenlerinin yıl boyunca etkili materyal, etkinlik, öğrenme kanıtı ve sınıf uygulamalarını paylaşması; ortak sorunlara birlikte çözüm geliştirmesi ve gerektiğinde disiplinler arası çalışmalar planlaması kararlaştırıldı.</w:t>
      </w:r>
    </w:p>
    <w:p w14:paraId="092E2B05" w14:textId="77777777" w:rsidR="0001659B" w:rsidRDefault="00000000">
      <w:pPr>
        <w:spacing w:before="70" w:after="40"/>
        <w:jc w:val="both"/>
      </w:pPr>
      <w:r>
        <w:rPr>
          <w:b/>
          <w:sz w:val="22"/>
          <w:lang w:val="tr-TR" w:eastAsia="tr-TR"/>
        </w:rPr>
        <w:t>15. Dilek, temenniler ve kapanış</w:t>
      </w:r>
    </w:p>
    <w:p w14:paraId="4B350A20" w14:textId="77777777" w:rsidR="0001659B" w:rsidRDefault="00000000">
      <w:pPr>
        <w:jc w:val="both"/>
      </w:pPr>
      <w:r>
        <w:rPr>
          <w:lang w:val="tr-TR" w:eastAsia="tr-TR"/>
        </w:rPr>
        <w:t>Öğrencilerin öğrenme merakını korudukları, sorumluluk aldıkları ve kendilerini güvende hissettikleri bir eğitim öğretim yılı geçirilmesi temenni edildi. Gündem maddelerinin tamamlanmasının ardından toplantı zümre başkanı tarafından sona erdirildi.</w:t>
      </w:r>
    </w:p>
    <w:p w14:paraId="4CD24704" w14:textId="77777777" w:rsidR="0001659B" w:rsidRDefault="00000000">
      <w:r>
        <w:rPr>
          <w:lang w:val="tr-TR" w:eastAsia="tr-TR"/>
        </w:rPr>
        <w:br w:type="page"/>
      </w:r>
    </w:p>
    <w:p w14:paraId="39FB32AE" w14:textId="77777777" w:rsidR="0001659B" w:rsidRDefault="00000000">
      <w:pPr>
        <w:spacing w:after="30"/>
        <w:jc w:val="center"/>
      </w:pPr>
      <w:r>
        <w:rPr>
          <w:b/>
          <w:sz w:val="28"/>
          <w:lang w:val="tr-TR" w:eastAsia="tr-TR"/>
        </w:rPr>
        <w:lastRenderedPageBreak/>
        <w:t>GÜNEŞLI VADI İLKOKULU</w:t>
      </w:r>
    </w:p>
    <w:p w14:paraId="74D408F6" w14:textId="77777777" w:rsidR="0001659B" w:rsidRDefault="00000000">
      <w:pPr>
        <w:spacing w:after="30"/>
        <w:jc w:val="center"/>
      </w:pPr>
      <w:r>
        <w:rPr>
          <w:b/>
          <w:sz w:val="24"/>
          <w:lang w:val="tr-TR" w:eastAsia="tr-TR"/>
        </w:rPr>
        <w:t>2026-2027 EĞİTİM ÖĞRETİM YILI</w:t>
      </w:r>
    </w:p>
    <w:p w14:paraId="0568B7B6" w14:textId="77777777" w:rsidR="0001659B" w:rsidRDefault="00000000">
      <w:pPr>
        <w:spacing w:after="100"/>
        <w:jc w:val="center"/>
      </w:pPr>
      <w:r>
        <w:rPr>
          <w:b/>
          <w:sz w:val="24"/>
          <w:lang w:val="tr-TR" w:eastAsia="tr-TR"/>
        </w:rPr>
        <w:t>1. SINIFLAR SENE BAŞI ZÜMRE ÖĞRETMENLER KURULUNDA ALINAN KARARLAR</w:t>
      </w:r>
    </w:p>
    <w:p w14:paraId="1D5C7BCA" w14:textId="77777777" w:rsidR="0001659B" w:rsidRDefault="00000000">
      <w:pPr>
        <w:spacing w:after="25"/>
        <w:jc w:val="both"/>
      </w:pPr>
      <w:r>
        <w:rPr>
          <w:lang w:val="tr-TR" w:eastAsia="tr-TR"/>
        </w:rPr>
        <w:t>1. Öğretim süreçlerinin Türkiye Yüzyılı Maarif Modeli doğrultusunda öğrenme çıktıları, beceriler, eğilimler, değerler ve okuryazarlıklar bütünlüğünde yürütülmesine,</w:t>
      </w:r>
    </w:p>
    <w:p w14:paraId="0005B07B" w14:textId="77777777" w:rsidR="0001659B" w:rsidRDefault="00000000">
      <w:pPr>
        <w:spacing w:after="25"/>
        <w:jc w:val="both"/>
      </w:pPr>
      <w:r>
        <w:rPr>
          <w:lang w:val="tr-TR" w:eastAsia="tr-TR"/>
        </w:rPr>
        <w:t>2. Öğrencilerin hazırbulunuşluk ve bireysel gelişim farklılıklarının dikkate alınmasına; öğrencilerin birbirleriyle karşılaştırılmamasına,</w:t>
      </w:r>
    </w:p>
    <w:p w14:paraId="755005B8" w14:textId="77777777" w:rsidR="0001659B" w:rsidRDefault="00000000">
      <w:pPr>
        <w:spacing w:after="25"/>
        <w:jc w:val="both"/>
      </w:pPr>
      <w:r>
        <w:rPr>
          <w:lang w:val="tr-TR" w:eastAsia="tr-TR"/>
        </w:rPr>
        <w:t>3. i̇lk okuma yazma sürecinde ses farkındalığı, dil gelişimi ve bireysel farklılıklar çalışmalarına yıl boyunca düzenli biçimde yer verilmesine,</w:t>
      </w:r>
    </w:p>
    <w:p w14:paraId="19F8560A" w14:textId="77777777" w:rsidR="0001659B" w:rsidRDefault="00000000">
      <w:pPr>
        <w:spacing w:after="25"/>
        <w:jc w:val="both"/>
      </w:pPr>
      <w:r>
        <w:rPr>
          <w:lang w:val="tr-TR" w:eastAsia="tr-TR"/>
        </w:rPr>
        <w:t>4. matematiksel düşünmenin somut yaşantılar, oyun ve günlük yaşamla desteklenmesi becerilerinin günlük yaşamla ilişkilendirilerek desteklenmesine,</w:t>
      </w:r>
    </w:p>
    <w:p w14:paraId="67097826" w14:textId="77777777" w:rsidR="0001659B" w:rsidRDefault="00000000">
      <w:pPr>
        <w:spacing w:after="25"/>
        <w:jc w:val="both"/>
      </w:pPr>
      <w:r>
        <w:rPr>
          <w:lang w:val="tr-TR" w:eastAsia="tr-TR"/>
        </w:rPr>
        <w:t>5. Desteğe ihtiyaç duyan öğrenciler için destekleme, ileri düzeyde ilerleyen öğrenciler için zenginleştirme uygulamalarının planlanmasına,</w:t>
      </w:r>
    </w:p>
    <w:p w14:paraId="715344AF" w14:textId="77777777" w:rsidR="0001659B" w:rsidRDefault="00000000">
      <w:pPr>
        <w:spacing w:after="25"/>
        <w:jc w:val="both"/>
      </w:pPr>
      <w:r>
        <w:rPr>
          <w:lang w:val="tr-TR" w:eastAsia="tr-TR"/>
        </w:rPr>
        <w:t>6. Öğrenci gelişiminin çeşitli öğrenme kanıtlarıyla süreç içinde izlenmesine ve yapıcı geri bildirim verilmesine,</w:t>
      </w:r>
    </w:p>
    <w:p w14:paraId="227EE995" w14:textId="77777777" w:rsidR="0001659B" w:rsidRDefault="00000000">
      <w:pPr>
        <w:spacing w:after="25"/>
        <w:jc w:val="both"/>
      </w:pPr>
      <w:r>
        <w:rPr>
          <w:lang w:val="tr-TR" w:eastAsia="tr-TR"/>
        </w:rPr>
        <w:t>7. Erdem-Değer-Eylem çerçevesindeki değerlerin sınıf yaşamında davranışa dönüşmesini destekleyen uygulamalara yer verilmesine,</w:t>
      </w:r>
    </w:p>
    <w:p w14:paraId="79D3C447" w14:textId="77777777" w:rsidR="0001659B" w:rsidRDefault="00000000">
      <w:pPr>
        <w:spacing w:after="25"/>
        <w:jc w:val="both"/>
      </w:pPr>
      <w:r>
        <w:rPr>
          <w:lang w:val="tr-TR" w:eastAsia="tr-TR"/>
        </w:rPr>
        <w:t>8. Özel eğitim ihtiyacı bulunan öğrenciler için gerekli uyarlamaların ve BEP çalışmalarının ilgili paydaşlarla iş birliği içinde yürütülmesine,</w:t>
      </w:r>
    </w:p>
    <w:p w14:paraId="4C1DDF1D" w14:textId="77777777" w:rsidR="0001659B" w:rsidRDefault="00000000">
      <w:pPr>
        <w:spacing w:after="25"/>
        <w:jc w:val="both"/>
      </w:pPr>
      <w:r>
        <w:rPr>
          <w:lang w:val="tr-TR" w:eastAsia="tr-TR"/>
        </w:rPr>
        <w:t>9. Düzenli devamın desteklenmesine ve ailelerle çözüm odaklı iletişim kurulmasına,</w:t>
      </w:r>
    </w:p>
    <w:p w14:paraId="3105372C" w14:textId="77777777" w:rsidR="0001659B" w:rsidRDefault="00000000">
      <w:pPr>
        <w:spacing w:after="25"/>
        <w:jc w:val="both"/>
      </w:pPr>
      <w:r>
        <w:rPr>
          <w:lang w:val="tr-TR" w:eastAsia="tr-TR"/>
        </w:rPr>
        <w:t>10. Öğrenci mahremiyetinin ve kişisel verilerin korunmasına; öğrenci bilgilerinin izinsiz paylaşılmamasına,</w:t>
      </w:r>
    </w:p>
    <w:p w14:paraId="30227272" w14:textId="77777777" w:rsidR="0001659B" w:rsidRDefault="00000000">
      <w:pPr>
        <w:spacing w:after="25"/>
        <w:jc w:val="both"/>
      </w:pPr>
      <w:r>
        <w:rPr>
          <w:lang w:val="tr-TR" w:eastAsia="tr-TR"/>
        </w:rPr>
        <w:t>11. Dijital kaynakların yaşa uygun, güvenli ve öğrenme amacına hizmet edecek biçimde kullanılmasına,</w:t>
      </w:r>
    </w:p>
    <w:p w14:paraId="348D42A0" w14:textId="77777777" w:rsidR="0001659B" w:rsidRDefault="00000000">
      <w:pPr>
        <w:spacing w:after="25"/>
        <w:jc w:val="both"/>
      </w:pPr>
      <w:r>
        <w:rPr>
          <w:lang w:val="tr-TR" w:eastAsia="tr-TR"/>
        </w:rPr>
        <w:t>12. Zümre öğretmenlerinin materyal, etkinlik ve iyi uygulama örneklerini yıl boyunca paylaşmasına,</w:t>
      </w:r>
    </w:p>
    <w:p w14:paraId="2A41CB58" w14:textId="77777777" w:rsidR="0001659B" w:rsidRDefault="00000000">
      <w:pPr>
        <w:spacing w:after="25"/>
        <w:jc w:val="both"/>
      </w:pPr>
      <w:r>
        <w:rPr>
          <w:lang w:val="tr-TR" w:eastAsia="tr-TR"/>
        </w:rPr>
        <w:t>13. Öğrencilerin bağımsız öğrenme, sorumluluk ve öz düzenleme becerilerinin sınıf düzeyine uygun biçimde geliştirilmesine,</w:t>
      </w:r>
    </w:p>
    <w:p w14:paraId="3922B2EE" w14:textId="77777777" w:rsidR="0001659B" w:rsidRDefault="00000000">
      <w:pPr>
        <w:spacing w:after="25"/>
        <w:jc w:val="both"/>
      </w:pPr>
      <w:r>
        <w:rPr>
          <w:lang w:val="tr-TR" w:eastAsia="tr-TR"/>
        </w:rPr>
        <w:t>14. Okuma kültürünü ve araştırma merakını destekleyen çalışmalara bütün derslerde fırsat verilmesine karar verilmiştir.</w:t>
      </w:r>
    </w:p>
    <w:p w14:paraId="36C7AC1D" w14:textId="77777777" w:rsidR="005B74EB" w:rsidRDefault="005B74EB">
      <w:pPr>
        <w:spacing w:before="70" w:after="40"/>
        <w:jc w:val="both"/>
        <w:rPr>
          <w:b/>
          <w:sz w:val="22"/>
          <w:lang w:val="tr-TR" w:eastAsia="tr-TR"/>
        </w:rPr>
      </w:pPr>
    </w:p>
    <w:p w14:paraId="3B74CDFC" w14:textId="77777777" w:rsidR="005B74EB" w:rsidRDefault="005B74EB">
      <w:pPr>
        <w:spacing w:before="70" w:after="40"/>
        <w:jc w:val="both"/>
        <w:rPr>
          <w:b/>
          <w:sz w:val="22"/>
          <w:lang w:val="tr-TR" w:eastAsia="tr-TR"/>
        </w:rPr>
      </w:pPr>
    </w:p>
    <w:p w14:paraId="033724A3" w14:textId="252299D9" w:rsidR="0001659B" w:rsidRDefault="00000000">
      <w:pPr>
        <w:spacing w:before="70" w:after="40"/>
        <w:jc w:val="both"/>
      </w:pPr>
      <w:r>
        <w:rPr>
          <w:b/>
          <w:sz w:val="22"/>
          <w:lang w:val="tr-TR" w:eastAsia="tr-TR"/>
        </w:rPr>
        <w:t>TOPLANTIYA KATILANLAR</w:t>
      </w:r>
    </w:p>
    <w:tbl>
      <w:tblPr>
        <w:tblW w:w="0" w:type="auto"/>
        <w:jc w:val="center"/>
        <w:tblBorders>
          <w:top w:val="single" w:sz="8" w:space="0" w:color="777777"/>
          <w:left w:val="single" w:sz="8" w:space="0" w:color="777777"/>
          <w:bottom w:val="single" w:sz="8" w:space="0" w:color="777777"/>
          <w:right w:val="single" w:sz="8" w:space="0" w:color="777777"/>
          <w:insideH w:val="single" w:sz="8" w:space="0" w:color="777777"/>
          <w:insideV w:val="single" w:sz="8" w:space="0" w:color="777777"/>
        </w:tblBorders>
        <w:tblLook w:val="04A0" w:firstRow="1" w:lastRow="0" w:firstColumn="1" w:lastColumn="0" w:noHBand="0" w:noVBand="1"/>
      </w:tblPr>
      <w:tblGrid>
        <w:gridCol w:w="2564"/>
        <w:gridCol w:w="2564"/>
        <w:gridCol w:w="2564"/>
        <w:gridCol w:w="2564"/>
      </w:tblGrid>
      <w:tr w:rsidR="0001659B" w14:paraId="13F80DB0" w14:textId="77777777">
        <w:trPr>
          <w:jc w:val="center"/>
        </w:trPr>
        <w:tc>
          <w:tcPr>
            <w:tcW w:w="2564" w:type="dxa"/>
            <w:shd w:val="clear" w:color="auto" w:fill="E7E7E7"/>
          </w:tcPr>
          <w:p w14:paraId="75854253" w14:textId="77777777" w:rsidR="0001659B" w:rsidRDefault="00000000">
            <w:pPr>
              <w:jc w:val="center"/>
            </w:pPr>
            <w:r>
              <w:rPr>
                <w:b/>
              </w:rPr>
              <w:t>Sıra</w:t>
            </w:r>
          </w:p>
        </w:tc>
        <w:tc>
          <w:tcPr>
            <w:tcW w:w="2564" w:type="dxa"/>
            <w:shd w:val="clear" w:color="auto" w:fill="E7E7E7"/>
          </w:tcPr>
          <w:p w14:paraId="144E6471" w14:textId="77777777" w:rsidR="0001659B" w:rsidRDefault="00000000">
            <w:pPr>
              <w:jc w:val="center"/>
            </w:pPr>
            <w:r>
              <w:rPr>
                <w:b/>
              </w:rPr>
              <w:t>Adı Soyadı</w:t>
            </w:r>
          </w:p>
        </w:tc>
        <w:tc>
          <w:tcPr>
            <w:tcW w:w="2564" w:type="dxa"/>
            <w:shd w:val="clear" w:color="auto" w:fill="E7E7E7"/>
          </w:tcPr>
          <w:p w14:paraId="1E6FF807" w14:textId="77777777" w:rsidR="0001659B" w:rsidRDefault="00000000">
            <w:pPr>
              <w:jc w:val="center"/>
            </w:pPr>
            <w:r>
              <w:rPr>
                <w:b/>
              </w:rPr>
              <w:t>Görevi</w:t>
            </w:r>
          </w:p>
        </w:tc>
        <w:tc>
          <w:tcPr>
            <w:tcW w:w="2564" w:type="dxa"/>
            <w:shd w:val="clear" w:color="auto" w:fill="E7E7E7"/>
          </w:tcPr>
          <w:p w14:paraId="488AE821" w14:textId="77777777" w:rsidR="0001659B" w:rsidRDefault="00000000">
            <w:pPr>
              <w:jc w:val="center"/>
            </w:pPr>
            <w:r>
              <w:rPr>
                <w:b/>
              </w:rPr>
              <w:t>İmza</w:t>
            </w:r>
          </w:p>
        </w:tc>
      </w:tr>
      <w:tr w:rsidR="0001659B" w14:paraId="25EC91F2" w14:textId="77777777">
        <w:trPr>
          <w:jc w:val="center"/>
        </w:trPr>
        <w:tc>
          <w:tcPr>
            <w:tcW w:w="2564" w:type="dxa"/>
            <w:vAlign w:val="center"/>
          </w:tcPr>
          <w:p w14:paraId="2E31C84B" w14:textId="77777777" w:rsidR="0001659B" w:rsidRDefault="00000000">
            <w:pPr>
              <w:spacing w:after="0"/>
              <w:jc w:val="center"/>
            </w:pPr>
            <w:r>
              <w:rPr>
                <w:sz w:val="18"/>
              </w:rPr>
              <w:t>1</w:t>
            </w:r>
          </w:p>
        </w:tc>
        <w:tc>
          <w:tcPr>
            <w:tcW w:w="2564" w:type="dxa"/>
            <w:vAlign w:val="center"/>
          </w:tcPr>
          <w:p w14:paraId="46DDB74B" w14:textId="77777777" w:rsidR="0001659B" w:rsidRDefault="00000000">
            <w:pPr>
              <w:spacing w:after="0"/>
            </w:pPr>
            <w:r>
              <w:rPr>
                <w:sz w:val="18"/>
              </w:rPr>
              <w:t>Ayşe KARACA</w:t>
            </w:r>
          </w:p>
        </w:tc>
        <w:tc>
          <w:tcPr>
            <w:tcW w:w="2564" w:type="dxa"/>
            <w:vAlign w:val="center"/>
          </w:tcPr>
          <w:p w14:paraId="42CD8E1D" w14:textId="77777777" w:rsidR="0001659B" w:rsidRDefault="00000000">
            <w:pPr>
              <w:spacing w:after="0"/>
            </w:pPr>
            <w:r>
              <w:rPr>
                <w:sz w:val="18"/>
              </w:rPr>
              <w:t>Zümre Başkanı</w:t>
            </w:r>
          </w:p>
        </w:tc>
        <w:tc>
          <w:tcPr>
            <w:tcW w:w="2564" w:type="dxa"/>
            <w:vAlign w:val="center"/>
          </w:tcPr>
          <w:p w14:paraId="62D1CE84" w14:textId="77777777" w:rsidR="0001659B" w:rsidRDefault="0001659B">
            <w:pPr>
              <w:spacing w:after="0"/>
              <w:jc w:val="center"/>
            </w:pPr>
          </w:p>
        </w:tc>
      </w:tr>
      <w:tr w:rsidR="0001659B" w14:paraId="282FFA12" w14:textId="77777777">
        <w:trPr>
          <w:jc w:val="center"/>
        </w:trPr>
        <w:tc>
          <w:tcPr>
            <w:tcW w:w="2564" w:type="dxa"/>
            <w:vAlign w:val="center"/>
          </w:tcPr>
          <w:p w14:paraId="7FA7AB48" w14:textId="77777777" w:rsidR="0001659B" w:rsidRDefault="00000000">
            <w:pPr>
              <w:spacing w:after="0"/>
              <w:jc w:val="center"/>
            </w:pPr>
            <w:r>
              <w:rPr>
                <w:sz w:val="18"/>
              </w:rPr>
              <w:t>2</w:t>
            </w:r>
          </w:p>
        </w:tc>
        <w:tc>
          <w:tcPr>
            <w:tcW w:w="2564" w:type="dxa"/>
            <w:vAlign w:val="center"/>
          </w:tcPr>
          <w:p w14:paraId="5E62D61A" w14:textId="77777777" w:rsidR="0001659B" w:rsidRDefault="00000000">
            <w:pPr>
              <w:spacing w:after="0"/>
            </w:pPr>
            <w:r>
              <w:rPr>
                <w:sz w:val="18"/>
              </w:rPr>
              <w:t>Mehmet ŞAHİN</w:t>
            </w:r>
          </w:p>
        </w:tc>
        <w:tc>
          <w:tcPr>
            <w:tcW w:w="2564" w:type="dxa"/>
            <w:vAlign w:val="center"/>
          </w:tcPr>
          <w:p w14:paraId="10BC817C" w14:textId="77777777" w:rsidR="0001659B" w:rsidRDefault="00000000">
            <w:pPr>
              <w:spacing w:after="0"/>
            </w:pPr>
            <w:r>
              <w:rPr>
                <w:sz w:val="18"/>
              </w:rPr>
              <w:t>Zümre Öğretmeni</w:t>
            </w:r>
          </w:p>
        </w:tc>
        <w:tc>
          <w:tcPr>
            <w:tcW w:w="2564" w:type="dxa"/>
            <w:vAlign w:val="center"/>
          </w:tcPr>
          <w:p w14:paraId="2AC023F3" w14:textId="77777777" w:rsidR="0001659B" w:rsidRDefault="0001659B">
            <w:pPr>
              <w:spacing w:after="0"/>
              <w:jc w:val="center"/>
            </w:pPr>
          </w:p>
        </w:tc>
      </w:tr>
      <w:tr w:rsidR="0001659B" w14:paraId="24FDCF17" w14:textId="77777777">
        <w:trPr>
          <w:jc w:val="center"/>
        </w:trPr>
        <w:tc>
          <w:tcPr>
            <w:tcW w:w="2564" w:type="dxa"/>
            <w:vAlign w:val="center"/>
          </w:tcPr>
          <w:p w14:paraId="53994161" w14:textId="77777777" w:rsidR="0001659B" w:rsidRDefault="00000000">
            <w:pPr>
              <w:spacing w:after="0"/>
              <w:jc w:val="center"/>
            </w:pPr>
            <w:r>
              <w:rPr>
                <w:sz w:val="18"/>
              </w:rPr>
              <w:t>3</w:t>
            </w:r>
          </w:p>
        </w:tc>
        <w:tc>
          <w:tcPr>
            <w:tcW w:w="2564" w:type="dxa"/>
            <w:vAlign w:val="center"/>
          </w:tcPr>
          <w:p w14:paraId="396E12F6" w14:textId="77777777" w:rsidR="0001659B" w:rsidRDefault="00000000">
            <w:pPr>
              <w:spacing w:after="0"/>
            </w:pPr>
            <w:r>
              <w:rPr>
                <w:sz w:val="18"/>
              </w:rPr>
              <w:t>Derya AKIN</w:t>
            </w:r>
          </w:p>
        </w:tc>
        <w:tc>
          <w:tcPr>
            <w:tcW w:w="2564" w:type="dxa"/>
            <w:vAlign w:val="center"/>
          </w:tcPr>
          <w:p w14:paraId="4EDA3059" w14:textId="77777777" w:rsidR="0001659B" w:rsidRDefault="00000000">
            <w:pPr>
              <w:spacing w:after="0"/>
            </w:pPr>
            <w:r>
              <w:rPr>
                <w:sz w:val="18"/>
              </w:rPr>
              <w:t>Zümre Öğretmeni</w:t>
            </w:r>
          </w:p>
        </w:tc>
        <w:tc>
          <w:tcPr>
            <w:tcW w:w="2564" w:type="dxa"/>
            <w:vAlign w:val="center"/>
          </w:tcPr>
          <w:p w14:paraId="237D9D07" w14:textId="77777777" w:rsidR="0001659B" w:rsidRDefault="0001659B">
            <w:pPr>
              <w:spacing w:after="0"/>
              <w:jc w:val="center"/>
            </w:pPr>
          </w:p>
        </w:tc>
      </w:tr>
      <w:tr w:rsidR="0001659B" w14:paraId="4AAFE60E" w14:textId="77777777">
        <w:trPr>
          <w:jc w:val="center"/>
        </w:trPr>
        <w:tc>
          <w:tcPr>
            <w:tcW w:w="2564" w:type="dxa"/>
            <w:vAlign w:val="center"/>
          </w:tcPr>
          <w:p w14:paraId="37FE6C03" w14:textId="77777777" w:rsidR="0001659B" w:rsidRDefault="00000000">
            <w:pPr>
              <w:spacing w:after="0"/>
              <w:jc w:val="center"/>
            </w:pPr>
            <w:r>
              <w:rPr>
                <w:sz w:val="18"/>
              </w:rPr>
              <w:t>4</w:t>
            </w:r>
          </w:p>
        </w:tc>
        <w:tc>
          <w:tcPr>
            <w:tcW w:w="2564" w:type="dxa"/>
            <w:vAlign w:val="center"/>
          </w:tcPr>
          <w:p w14:paraId="368293F2" w14:textId="77777777" w:rsidR="0001659B" w:rsidRDefault="00000000">
            <w:pPr>
              <w:spacing w:after="0"/>
            </w:pPr>
            <w:r>
              <w:rPr>
                <w:sz w:val="18"/>
              </w:rPr>
              <w:t>Emre YILDIZ</w:t>
            </w:r>
          </w:p>
        </w:tc>
        <w:tc>
          <w:tcPr>
            <w:tcW w:w="2564" w:type="dxa"/>
            <w:vAlign w:val="center"/>
          </w:tcPr>
          <w:p w14:paraId="4A72711F" w14:textId="77777777" w:rsidR="0001659B" w:rsidRDefault="00000000">
            <w:pPr>
              <w:spacing w:after="0"/>
            </w:pPr>
            <w:r>
              <w:rPr>
                <w:sz w:val="18"/>
              </w:rPr>
              <w:t>Zümre Öğretmeni</w:t>
            </w:r>
          </w:p>
        </w:tc>
        <w:tc>
          <w:tcPr>
            <w:tcW w:w="2564" w:type="dxa"/>
            <w:vAlign w:val="center"/>
          </w:tcPr>
          <w:p w14:paraId="236A93AC" w14:textId="77777777" w:rsidR="0001659B" w:rsidRDefault="0001659B">
            <w:pPr>
              <w:spacing w:after="0"/>
              <w:jc w:val="center"/>
            </w:pPr>
          </w:p>
        </w:tc>
      </w:tr>
      <w:tr w:rsidR="0001659B" w14:paraId="43C1A663" w14:textId="77777777">
        <w:trPr>
          <w:jc w:val="center"/>
        </w:trPr>
        <w:tc>
          <w:tcPr>
            <w:tcW w:w="2564" w:type="dxa"/>
            <w:vAlign w:val="center"/>
          </w:tcPr>
          <w:p w14:paraId="5919863E" w14:textId="77777777" w:rsidR="0001659B" w:rsidRDefault="00000000">
            <w:pPr>
              <w:spacing w:after="0"/>
              <w:jc w:val="center"/>
            </w:pPr>
            <w:r>
              <w:rPr>
                <w:sz w:val="18"/>
              </w:rPr>
              <w:t>5</w:t>
            </w:r>
          </w:p>
        </w:tc>
        <w:tc>
          <w:tcPr>
            <w:tcW w:w="2564" w:type="dxa"/>
            <w:vAlign w:val="center"/>
          </w:tcPr>
          <w:p w14:paraId="433FEC96" w14:textId="77777777" w:rsidR="0001659B" w:rsidRDefault="00000000">
            <w:pPr>
              <w:spacing w:after="0"/>
            </w:pPr>
            <w:r>
              <w:rPr>
                <w:sz w:val="18"/>
              </w:rPr>
              <w:t>Sibel KOÇ</w:t>
            </w:r>
          </w:p>
        </w:tc>
        <w:tc>
          <w:tcPr>
            <w:tcW w:w="2564" w:type="dxa"/>
            <w:vAlign w:val="center"/>
          </w:tcPr>
          <w:p w14:paraId="06641E32" w14:textId="77777777" w:rsidR="0001659B" w:rsidRDefault="00000000">
            <w:pPr>
              <w:spacing w:after="0"/>
            </w:pPr>
            <w:r>
              <w:rPr>
                <w:sz w:val="18"/>
              </w:rPr>
              <w:t>Zümre Öğretmeni</w:t>
            </w:r>
          </w:p>
        </w:tc>
        <w:tc>
          <w:tcPr>
            <w:tcW w:w="2564" w:type="dxa"/>
            <w:vAlign w:val="center"/>
          </w:tcPr>
          <w:p w14:paraId="49E726A0" w14:textId="77777777" w:rsidR="0001659B" w:rsidRDefault="0001659B">
            <w:pPr>
              <w:spacing w:after="0"/>
              <w:jc w:val="center"/>
            </w:pPr>
          </w:p>
        </w:tc>
      </w:tr>
      <w:tr w:rsidR="0001659B" w14:paraId="4703B627" w14:textId="77777777">
        <w:trPr>
          <w:jc w:val="center"/>
        </w:trPr>
        <w:tc>
          <w:tcPr>
            <w:tcW w:w="2564" w:type="dxa"/>
            <w:vAlign w:val="center"/>
          </w:tcPr>
          <w:p w14:paraId="7718EAC5" w14:textId="77777777" w:rsidR="0001659B" w:rsidRDefault="00000000">
            <w:pPr>
              <w:spacing w:after="0"/>
              <w:jc w:val="center"/>
            </w:pPr>
            <w:r>
              <w:rPr>
                <w:sz w:val="18"/>
              </w:rPr>
              <w:t>6</w:t>
            </w:r>
          </w:p>
        </w:tc>
        <w:tc>
          <w:tcPr>
            <w:tcW w:w="2564" w:type="dxa"/>
            <w:vAlign w:val="center"/>
          </w:tcPr>
          <w:p w14:paraId="11F37A5C" w14:textId="77777777" w:rsidR="0001659B" w:rsidRDefault="00000000">
            <w:pPr>
              <w:spacing w:after="0"/>
            </w:pPr>
            <w:r>
              <w:rPr>
                <w:sz w:val="18"/>
              </w:rPr>
              <w:t>Hakan ARSLAN</w:t>
            </w:r>
          </w:p>
        </w:tc>
        <w:tc>
          <w:tcPr>
            <w:tcW w:w="2564" w:type="dxa"/>
            <w:vAlign w:val="center"/>
          </w:tcPr>
          <w:p w14:paraId="44A9D963" w14:textId="77777777" w:rsidR="0001659B" w:rsidRDefault="00000000">
            <w:pPr>
              <w:spacing w:after="0"/>
            </w:pPr>
            <w:r>
              <w:rPr>
                <w:sz w:val="18"/>
              </w:rPr>
              <w:t>Zümre Öğretmeni</w:t>
            </w:r>
          </w:p>
        </w:tc>
        <w:tc>
          <w:tcPr>
            <w:tcW w:w="2564" w:type="dxa"/>
            <w:vAlign w:val="center"/>
          </w:tcPr>
          <w:p w14:paraId="43058D1F" w14:textId="77777777" w:rsidR="0001659B" w:rsidRDefault="0001659B">
            <w:pPr>
              <w:spacing w:after="0"/>
              <w:jc w:val="center"/>
            </w:pPr>
          </w:p>
        </w:tc>
      </w:tr>
    </w:tbl>
    <w:p w14:paraId="5987CBEA" w14:textId="77777777" w:rsidR="005B74EB" w:rsidRDefault="005B74EB">
      <w:pPr>
        <w:spacing w:before="120"/>
        <w:jc w:val="center"/>
        <w:rPr>
          <w:b/>
          <w:lang w:val="tr-TR" w:eastAsia="tr-TR"/>
        </w:rPr>
      </w:pPr>
    </w:p>
    <w:p w14:paraId="1E524784" w14:textId="77777777" w:rsidR="005B74EB" w:rsidRDefault="005B74EB">
      <w:pPr>
        <w:spacing w:before="120"/>
        <w:jc w:val="center"/>
        <w:rPr>
          <w:b/>
          <w:lang w:val="tr-TR" w:eastAsia="tr-TR"/>
        </w:rPr>
      </w:pPr>
    </w:p>
    <w:p w14:paraId="52D1065A" w14:textId="77777777" w:rsidR="005B74EB" w:rsidRDefault="005B74EB">
      <w:pPr>
        <w:spacing w:before="120"/>
        <w:jc w:val="center"/>
        <w:rPr>
          <w:b/>
          <w:lang w:val="tr-TR" w:eastAsia="tr-TR"/>
        </w:rPr>
      </w:pPr>
    </w:p>
    <w:p w14:paraId="2C759F4A" w14:textId="77777777" w:rsidR="005B74EB" w:rsidRDefault="005B74EB">
      <w:pPr>
        <w:spacing w:before="120"/>
        <w:jc w:val="center"/>
        <w:rPr>
          <w:b/>
          <w:lang w:val="tr-TR" w:eastAsia="tr-TR"/>
        </w:rPr>
      </w:pPr>
    </w:p>
    <w:p w14:paraId="5F239E4B" w14:textId="77777777" w:rsidR="005B74EB" w:rsidRDefault="005B74EB">
      <w:pPr>
        <w:spacing w:before="120"/>
        <w:jc w:val="center"/>
        <w:rPr>
          <w:b/>
          <w:lang w:val="tr-TR" w:eastAsia="tr-TR"/>
        </w:rPr>
      </w:pPr>
    </w:p>
    <w:p w14:paraId="689232BF" w14:textId="77777777" w:rsidR="005B74EB" w:rsidRDefault="005B74EB">
      <w:pPr>
        <w:spacing w:before="120"/>
        <w:jc w:val="center"/>
        <w:rPr>
          <w:b/>
          <w:lang w:val="tr-TR" w:eastAsia="tr-TR"/>
        </w:rPr>
      </w:pPr>
    </w:p>
    <w:p w14:paraId="7B5F1C41" w14:textId="77777777" w:rsidR="005B74EB" w:rsidRDefault="005B74EB">
      <w:pPr>
        <w:spacing w:before="120"/>
        <w:jc w:val="center"/>
        <w:rPr>
          <w:b/>
          <w:lang w:val="tr-TR" w:eastAsia="tr-TR"/>
        </w:rPr>
      </w:pPr>
    </w:p>
    <w:p w14:paraId="48F02A0A" w14:textId="77777777" w:rsidR="005B74EB" w:rsidRDefault="005B74EB">
      <w:pPr>
        <w:spacing w:before="120"/>
        <w:jc w:val="center"/>
        <w:rPr>
          <w:b/>
          <w:lang w:val="tr-TR" w:eastAsia="tr-TR"/>
        </w:rPr>
      </w:pPr>
    </w:p>
    <w:p w14:paraId="7974AA42" w14:textId="77777777" w:rsidR="005B74EB" w:rsidRDefault="005B74EB">
      <w:pPr>
        <w:spacing w:before="120"/>
        <w:jc w:val="center"/>
        <w:rPr>
          <w:b/>
          <w:lang w:val="tr-TR" w:eastAsia="tr-TR"/>
        </w:rPr>
      </w:pPr>
    </w:p>
    <w:p w14:paraId="746FD27A" w14:textId="4089970D" w:rsidR="0001659B" w:rsidRDefault="00000000">
      <w:pPr>
        <w:spacing w:before="120"/>
        <w:jc w:val="center"/>
      </w:pPr>
      <w:r>
        <w:rPr>
          <w:b/>
          <w:lang w:val="tr-TR" w:eastAsia="tr-TR"/>
        </w:rPr>
        <w:t>UYGUNDUR</w:t>
      </w:r>
      <w:r>
        <w:rPr>
          <w:b/>
          <w:lang w:val="tr-TR" w:eastAsia="tr-TR"/>
        </w:rPr>
        <w:br/>
        <w:t>Murat DEMİR</w:t>
      </w:r>
      <w:r>
        <w:rPr>
          <w:b/>
          <w:lang w:val="tr-TR" w:eastAsia="tr-TR"/>
        </w:rPr>
        <w:br/>
        <w:t>Okul Müdürü</w:t>
      </w:r>
    </w:p>
    <w:sectPr w:rsidR="0001659B" w:rsidSect="00034616">
      <w:footerReference w:type="default" r:id="rId8"/>
      <w:pgSz w:w="12240" w:h="15840"/>
      <w:pgMar w:top="822" w:right="992" w:bottom="822"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B7DD4" w14:textId="77777777" w:rsidR="00183137" w:rsidRDefault="00183137">
      <w:pPr>
        <w:spacing w:after="0"/>
      </w:pPr>
      <w:r>
        <w:separator/>
      </w:r>
    </w:p>
  </w:endnote>
  <w:endnote w:type="continuationSeparator" w:id="0">
    <w:p w14:paraId="47704637" w14:textId="77777777" w:rsidR="00183137" w:rsidRDefault="001831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3A89" w14:textId="77777777" w:rsidR="0001659B" w:rsidRDefault="00000000">
    <w:pPr>
      <w:pStyle w:val="AltBilgi"/>
      <w:jc w:val="center"/>
    </w:pPr>
    <w:r>
      <w:rPr>
        <w:b/>
        <w:color w:val="505050"/>
        <w:sz w:val="18"/>
      </w:rPr>
      <w:t>eduplan.tr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2B4F" w14:textId="77777777" w:rsidR="00183137" w:rsidRDefault="00183137">
      <w:pPr>
        <w:spacing w:after="0"/>
      </w:pPr>
      <w:r>
        <w:separator/>
      </w:r>
    </w:p>
  </w:footnote>
  <w:footnote w:type="continuationSeparator" w:id="0">
    <w:p w14:paraId="4584C718" w14:textId="77777777" w:rsidR="00183137" w:rsidRDefault="001831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90403417">
    <w:abstractNumId w:val="8"/>
  </w:num>
  <w:num w:numId="2" w16cid:durableId="9913305">
    <w:abstractNumId w:val="6"/>
  </w:num>
  <w:num w:numId="3" w16cid:durableId="1033926116">
    <w:abstractNumId w:val="5"/>
  </w:num>
  <w:num w:numId="4" w16cid:durableId="637027645">
    <w:abstractNumId w:val="4"/>
  </w:num>
  <w:num w:numId="5" w16cid:durableId="1144003129">
    <w:abstractNumId w:val="7"/>
  </w:num>
  <w:num w:numId="6" w16cid:durableId="272439451">
    <w:abstractNumId w:val="3"/>
  </w:num>
  <w:num w:numId="7" w16cid:durableId="1637638129">
    <w:abstractNumId w:val="2"/>
  </w:num>
  <w:num w:numId="8" w16cid:durableId="1138761834">
    <w:abstractNumId w:val="1"/>
  </w:num>
  <w:num w:numId="9" w16cid:durableId="171338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59B"/>
    <w:rsid w:val="00034616"/>
    <w:rsid w:val="0006063C"/>
    <w:rsid w:val="0015074B"/>
    <w:rsid w:val="00183137"/>
    <w:rsid w:val="0029639D"/>
    <w:rsid w:val="00326F90"/>
    <w:rsid w:val="005B74EB"/>
    <w:rsid w:val="00844836"/>
    <w:rsid w:val="00966AB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75D21"/>
  <w14:defaultImageDpi w14:val="300"/>
  <w15:docId w15:val="{23DC35B8-B588-457F-93A9-8C852876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6" w:line="240" w:lineRule="auto"/>
    </w:pPr>
    <w:rPr>
      <w:rFonts w:ascii="Times New Roman" w:eastAsia="Times New Roman" w:hAnsi="Times New Roman"/>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Sınıf Sene Başı Zümre Öğretmenler Kurulu Örnek 2</dc:title>
  <dc:subject>2026-2027 Türkiye Yüzyılı Maarif Modeli uyumlu alternatif zümre örneği</dc:subject>
  <dc:creator>eduplan.tr</dc:creator>
  <cp:keywords>eduplan.tr, 1. sınıf, sene başı zümre, örnek 2, 2026-2027</cp:keywords>
  <dc:description>eduplan.tr</dc:description>
  <cp:lastModifiedBy>Lenovo</cp:lastModifiedBy>
  <cp:revision>3</cp:revision>
  <dcterms:created xsi:type="dcterms:W3CDTF">2013-12-23T23:15:00Z</dcterms:created>
  <dcterms:modified xsi:type="dcterms:W3CDTF">2026-09-06T12:26:00Z</dcterms:modified>
  <cp:category/>
</cp:coreProperties>
</file>