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A494C" w14:textId="77777777" w:rsidR="005C2B90" w:rsidRDefault="00000000">
      <w:pPr>
        <w:spacing w:after="40"/>
        <w:jc w:val="center"/>
      </w:pPr>
      <w:r>
        <w:rPr>
          <w:b/>
          <w:sz w:val="22"/>
        </w:rPr>
        <w:t>{{academic_year}} EĞİTİM ÖĞRETİM YILI</w:t>
      </w:r>
    </w:p>
    <w:p w14:paraId="176AAB4C" w14:textId="77777777" w:rsidR="005C2B90" w:rsidRDefault="00000000">
      <w:pPr>
        <w:spacing w:after="40"/>
        <w:jc w:val="center"/>
      </w:pPr>
      <w:r>
        <w:rPr>
          <w:b/>
          <w:sz w:val="28"/>
        </w:rPr>
        <w:t>1. SINIF MÜZIK – EYLÜL AYI</w:t>
      </w:r>
    </w:p>
    <w:p w14:paraId="723A4F68" w14:textId="77777777" w:rsidR="005C2B90" w:rsidRDefault="00000000">
      <w:pPr>
        <w:spacing w:after="140"/>
        <w:jc w:val="center"/>
      </w:pPr>
      <w:r>
        <w:rPr>
          <w:b/>
        </w:rPr>
        <w:t>TÜRKİYE YÜZYILI MAARİF MODELİ AYLIK İZLEME, FAALİYET VE ÖĞRETMEN YANSITMA RAPORU</w:t>
      </w:r>
    </w:p>
    <w:tbl>
      <w:tblPr>
        <w:tblW w:w="0" w:type="auto"/>
        <w:jc w:val="center"/>
        <w:tblBorders>
          <w:top w:val="single" w:sz="4" w:space="0" w:color="AAB7C4"/>
          <w:left w:val="single" w:sz="4" w:space="0" w:color="AAB7C4"/>
          <w:bottom w:val="single" w:sz="4" w:space="0" w:color="AAB7C4"/>
          <w:right w:val="single" w:sz="4" w:space="0" w:color="AAB7C4"/>
          <w:insideH w:val="single" w:sz="4" w:space="0" w:color="AAB7C4"/>
          <w:insideV w:val="single" w:sz="4" w:space="0" w:color="AAB7C4"/>
        </w:tblBorders>
        <w:tblLook w:val="04A0" w:firstRow="1" w:lastRow="0" w:firstColumn="1" w:lastColumn="0" w:noHBand="0" w:noVBand="1"/>
      </w:tblPr>
      <w:tblGrid>
        <w:gridCol w:w="2677"/>
        <w:gridCol w:w="2677"/>
        <w:gridCol w:w="2677"/>
        <w:gridCol w:w="2677"/>
      </w:tblGrid>
      <w:tr w:rsidR="005C2B90" w14:paraId="4CF085C0" w14:textId="77777777">
        <w:trPr>
          <w:jc w:val="center"/>
        </w:trPr>
        <w:tc>
          <w:tcPr>
            <w:tcW w:w="2677" w:type="dxa"/>
            <w:shd w:val="clear" w:color="auto" w:fill="D9EAF7"/>
          </w:tcPr>
          <w:p w14:paraId="42054FF4" w14:textId="77777777" w:rsidR="005C2B90" w:rsidRDefault="00000000">
            <w:pPr>
              <w:spacing w:after="0"/>
            </w:pPr>
            <w:r>
              <w:rPr>
                <w:b/>
                <w:sz w:val="17"/>
              </w:rPr>
              <w:t>Okul</w:t>
            </w:r>
          </w:p>
        </w:tc>
        <w:tc>
          <w:tcPr>
            <w:tcW w:w="2677" w:type="dxa"/>
          </w:tcPr>
          <w:p w14:paraId="60D91131" w14:textId="77777777" w:rsidR="005C2B90" w:rsidRDefault="00000000">
            <w:pPr>
              <w:spacing w:after="0"/>
            </w:pPr>
            <w:r>
              <w:rPr>
                <w:sz w:val="17"/>
              </w:rPr>
              <w:t>{{school_full_name}}</w:t>
            </w:r>
          </w:p>
        </w:tc>
        <w:tc>
          <w:tcPr>
            <w:tcW w:w="2677" w:type="dxa"/>
            <w:shd w:val="clear" w:color="auto" w:fill="D9EAF7"/>
          </w:tcPr>
          <w:p w14:paraId="02755E92" w14:textId="77777777" w:rsidR="005C2B90" w:rsidRDefault="00000000">
            <w:pPr>
              <w:spacing w:after="0"/>
            </w:pPr>
            <w:r>
              <w:rPr>
                <w:b/>
                <w:sz w:val="17"/>
              </w:rPr>
              <w:t>Öğretmen</w:t>
            </w:r>
          </w:p>
        </w:tc>
        <w:tc>
          <w:tcPr>
            <w:tcW w:w="2677" w:type="dxa"/>
          </w:tcPr>
          <w:p w14:paraId="6BB9AB60" w14:textId="77777777" w:rsidR="005C2B90" w:rsidRDefault="00000000">
            <w:pPr>
              <w:spacing w:after="0"/>
            </w:pPr>
            <w:r>
              <w:rPr>
                <w:sz w:val="17"/>
              </w:rPr>
              <w:t>{{teacher_full_name}}</w:t>
            </w:r>
          </w:p>
        </w:tc>
      </w:tr>
      <w:tr w:rsidR="005C2B90" w14:paraId="0A38FD97" w14:textId="77777777">
        <w:trPr>
          <w:jc w:val="center"/>
        </w:trPr>
        <w:tc>
          <w:tcPr>
            <w:tcW w:w="2677" w:type="dxa"/>
            <w:shd w:val="clear" w:color="auto" w:fill="D9EAF7"/>
          </w:tcPr>
          <w:p w14:paraId="4247FBAE" w14:textId="77777777" w:rsidR="005C2B90" w:rsidRDefault="00000000">
            <w:pPr>
              <w:spacing w:after="0"/>
            </w:pPr>
            <w:r>
              <w:rPr>
                <w:b/>
                <w:sz w:val="17"/>
              </w:rPr>
              <w:t>Sınıf / Ders</w:t>
            </w:r>
          </w:p>
        </w:tc>
        <w:tc>
          <w:tcPr>
            <w:tcW w:w="2677" w:type="dxa"/>
          </w:tcPr>
          <w:p w14:paraId="5E8F0F63" w14:textId="77777777" w:rsidR="005C2B90" w:rsidRDefault="00000000">
            <w:pPr>
              <w:spacing w:after="0"/>
            </w:pPr>
            <w:r>
              <w:rPr>
                <w:sz w:val="17"/>
              </w:rPr>
              <w:t>1. Sınıf / Müzik</w:t>
            </w:r>
          </w:p>
        </w:tc>
        <w:tc>
          <w:tcPr>
            <w:tcW w:w="2677" w:type="dxa"/>
            <w:shd w:val="clear" w:color="auto" w:fill="D9EAF7"/>
          </w:tcPr>
          <w:p w14:paraId="314E2640" w14:textId="77777777" w:rsidR="005C2B90" w:rsidRDefault="00000000">
            <w:pPr>
              <w:spacing w:after="0"/>
            </w:pPr>
            <w:r>
              <w:rPr>
                <w:b/>
                <w:sz w:val="17"/>
              </w:rPr>
              <w:t>Rapor Tarihi</w:t>
            </w:r>
          </w:p>
        </w:tc>
        <w:tc>
          <w:tcPr>
            <w:tcW w:w="2677" w:type="dxa"/>
          </w:tcPr>
          <w:p w14:paraId="1E1E4490" w14:textId="77777777" w:rsidR="005C2B90" w:rsidRDefault="00000000">
            <w:pPr>
              <w:spacing w:after="0"/>
            </w:pPr>
            <w:r>
              <w:rPr>
                <w:sz w:val="17"/>
              </w:rPr>
              <w:t>{{report_date}}</w:t>
            </w:r>
          </w:p>
        </w:tc>
      </w:tr>
    </w:tbl>
    <w:p w14:paraId="476542F3" w14:textId="77777777" w:rsidR="005C2B90" w:rsidRDefault="005C2B90">
      <w:pPr>
        <w:spacing w:after="20"/>
      </w:pPr>
    </w:p>
    <w:tbl>
      <w:tblPr>
        <w:tblW w:w="11774" w:type="dxa"/>
        <w:jc w:val="center"/>
        <w:tblBorders>
          <w:top w:val="single" w:sz="5" w:space="0" w:color="8EA9C1"/>
          <w:left w:val="single" w:sz="5" w:space="0" w:color="8EA9C1"/>
          <w:bottom w:val="single" w:sz="5" w:space="0" w:color="8EA9C1"/>
          <w:right w:val="single" w:sz="5" w:space="0" w:color="8EA9C1"/>
          <w:insideH w:val="single" w:sz="5" w:space="0" w:color="8EA9C1"/>
          <w:insideV w:val="single" w:sz="5" w:space="0" w:color="8EA9C1"/>
        </w:tblBorders>
        <w:tblLayout w:type="fixed"/>
        <w:tblLook w:val="04A0" w:firstRow="1" w:lastRow="0" w:firstColumn="1" w:lastColumn="0" w:noHBand="0" w:noVBand="1"/>
      </w:tblPr>
      <w:tblGrid>
        <w:gridCol w:w="4291"/>
        <w:gridCol w:w="7483"/>
      </w:tblGrid>
      <w:tr w:rsidR="005C2B90" w14:paraId="537C5578" w14:textId="77777777" w:rsidTr="00A62545">
        <w:trPr>
          <w:jc w:val="center"/>
        </w:trPr>
        <w:tc>
          <w:tcPr>
            <w:tcW w:w="4291" w:type="dxa"/>
            <w:shd w:val="clear" w:color="auto" w:fill="2F75B5"/>
          </w:tcPr>
          <w:p w14:paraId="12C64DDB" w14:textId="77777777" w:rsidR="005C2B90" w:rsidRDefault="00000000">
            <w:pPr>
              <w:spacing w:after="0"/>
            </w:pPr>
            <w:r>
              <w:rPr>
                <w:b/>
                <w:color w:val="FFFFFF"/>
                <w:sz w:val="17"/>
              </w:rPr>
              <w:t>EDUPLAN AYLIK İZLEME BOYUTU</w:t>
            </w:r>
          </w:p>
        </w:tc>
        <w:tc>
          <w:tcPr>
            <w:tcW w:w="7483" w:type="dxa"/>
            <w:shd w:val="clear" w:color="auto" w:fill="2F75B5"/>
          </w:tcPr>
          <w:p w14:paraId="5CA57B69" w14:textId="77777777" w:rsidR="005C2B90" w:rsidRDefault="00000000">
            <w:pPr>
              <w:spacing w:after="0"/>
            </w:pPr>
            <w:r>
              <w:rPr>
                <w:b/>
                <w:color w:val="FFFFFF"/>
                <w:sz w:val="17"/>
              </w:rPr>
              <w:t>PROGRAMLA UYUMLU AYLIK RAPORLAMA</w:t>
            </w:r>
          </w:p>
        </w:tc>
      </w:tr>
      <w:tr w:rsidR="005C2B90" w14:paraId="0EC86122" w14:textId="77777777" w:rsidTr="00A62545">
        <w:trPr>
          <w:jc w:val="center"/>
        </w:trPr>
        <w:tc>
          <w:tcPr>
            <w:tcW w:w="4291" w:type="dxa"/>
            <w:shd w:val="clear" w:color="auto" w:fill="EEF5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E7ACC4" w14:textId="77777777" w:rsidR="005C2B90" w:rsidRDefault="00000000">
            <w:pPr>
              <w:spacing w:after="0"/>
            </w:pPr>
            <w:r>
              <w:rPr>
                <w:b/>
                <w:sz w:val="16"/>
              </w:rPr>
              <w:t>1. AYIN ÖĞRENME ÇERÇEVESİ</w:t>
            </w:r>
          </w:p>
        </w:tc>
        <w:tc>
          <w:tcPr>
            <w:tcW w:w="748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DBC2AE" w14:textId="77777777" w:rsidR="005C2B90" w:rsidRDefault="00000000">
            <w:pPr>
              <w:spacing w:after="0"/>
            </w:pPr>
            <w:r>
              <w:rPr>
                <w:sz w:val="16"/>
              </w:rPr>
              <w:t>Haftalar: 1. Hafta 14-18 Eylül; 2. Hafta 21-25 Eylül; 3. Hafta 28 Eylül-02 Ekim</w:t>
            </w:r>
            <w:r>
              <w:rPr>
                <w:sz w:val="16"/>
              </w:rPr>
              <w:br/>
              <w:t>Tema / öğrenme alanı: 1. TEMA: MÜZİK DİLİ</w:t>
            </w:r>
            <w:r>
              <w:rPr>
                <w:sz w:val="16"/>
              </w:rPr>
              <w:br/>
              <w:t>İçerik çerçevesi: İstiklâl Marşı’nın başlıca ögeleri İstiklâl Marşı’nın başlıca ögeleri; Doğadan/çevreden/nesnelerden duyulan sesler Doğadan/çevreden/nesnelerden duyulan sesler</w:t>
            </w:r>
          </w:p>
        </w:tc>
      </w:tr>
      <w:tr w:rsidR="005C2B90" w14:paraId="37C3A6D6" w14:textId="77777777" w:rsidTr="00A62545">
        <w:trPr>
          <w:jc w:val="center"/>
        </w:trPr>
        <w:tc>
          <w:tcPr>
            <w:tcW w:w="4291" w:type="dxa"/>
            <w:shd w:val="clear" w:color="auto" w:fill="EEF5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43199D" w14:textId="77777777" w:rsidR="005C2B90" w:rsidRDefault="00000000">
            <w:pPr>
              <w:spacing w:after="0"/>
            </w:pPr>
            <w:r>
              <w:rPr>
                <w:b/>
                <w:sz w:val="16"/>
              </w:rPr>
              <w:t>2. ÖĞRENME ÇIKTILARI VE SÜREÇ BİLEŞENLERİ</w:t>
            </w:r>
          </w:p>
        </w:tc>
        <w:tc>
          <w:tcPr>
            <w:tcW w:w="748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3A61B9" w14:textId="77777777" w:rsidR="005C2B90" w:rsidRDefault="00000000">
            <w:pPr>
              <w:spacing w:after="0"/>
            </w:pPr>
            <w:r>
              <w:rPr>
                <w:sz w:val="16"/>
              </w:rPr>
              <w:t>• MÜZ.1.1.1. İstiklâl Marşı’nın başlıca ögelerini çözümleyebilme</w:t>
            </w:r>
            <w:r>
              <w:rPr>
                <w:sz w:val="16"/>
              </w:rPr>
              <w:br/>
              <w:t>• MÜZ.1.1.2. Doğadan/çevreden/nesnelerden duyulan seslerin özelliklerini karşılaştırabilme</w:t>
            </w:r>
            <w:r>
              <w:rPr>
                <w:sz w:val="16"/>
              </w:rPr>
              <w:br/>
              <w:t>Süreç bileşenleri:</w:t>
            </w:r>
            <w:r>
              <w:rPr>
                <w:sz w:val="16"/>
              </w:rPr>
              <w:br/>
              <w:t>• a) İstiklâl Marşı’nın başlıca ögelerini sözlü olarak ifade eder. b) İstiklâl Marşı’nın başlıca ögelerini sözlü olarak ifade eder.</w:t>
            </w:r>
            <w:r>
              <w:rPr>
                <w:sz w:val="16"/>
              </w:rPr>
              <w:br/>
              <w:t>• a) Doğadan/çevreden/nesnelerden duyulan seslerin özelliklerini sözlü olarak ifade eder. b) Doğadan/çevreden/nesnelerden duyulan seslerin özelliklerine ilişkin benzerlikleri sözlü olarak ifade eder. c) Doğadan/çevreden/nesnelerden duyulan seslerin özelliklerine ilişkin farklılıkları sözlü olarak ifade eder.</w:t>
            </w:r>
          </w:p>
        </w:tc>
      </w:tr>
      <w:tr w:rsidR="005C2B90" w14:paraId="5D312886" w14:textId="77777777" w:rsidTr="00A62545">
        <w:trPr>
          <w:jc w:val="center"/>
        </w:trPr>
        <w:tc>
          <w:tcPr>
            <w:tcW w:w="4291" w:type="dxa"/>
            <w:shd w:val="clear" w:color="auto" w:fill="EEF5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E43529" w14:textId="77777777" w:rsidR="005C2B90" w:rsidRDefault="00000000">
            <w:pPr>
              <w:spacing w:after="0"/>
            </w:pPr>
            <w:r>
              <w:rPr>
                <w:b/>
                <w:sz w:val="16"/>
              </w:rPr>
              <w:t>3. HAFTALIK İLERLEME VE ÖĞRENME-ÖĞRETME SÜRECİ</w:t>
            </w:r>
          </w:p>
        </w:tc>
        <w:tc>
          <w:tcPr>
            <w:tcW w:w="748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D84DE5" w14:textId="77777777" w:rsidR="005C2B90" w:rsidRDefault="00000000">
            <w:pPr>
              <w:spacing w:after="0"/>
            </w:pPr>
            <w:r>
              <w:rPr>
                <w:sz w:val="16"/>
              </w:rPr>
              <w:t>• 1. Hafta 14-18 Eylül: İstiklâl Marşı’nın başlıca ögeleri İstiklâl Marşı’nın başlıca ögeleri</w:t>
            </w:r>
            <w:r>
              <w:rPr>
                <w:sz w:val="16"/>
              </w:rPr>
              <w:br/>
              <w:t>• 2. Hafta 21-25 Eylül: İstiklâl Marşı’nın başlıca ögeleri İstiklâl Marşı’nın başlıca ögeleri</w:t>
            </w:r>
            <w:r>
              <w:rPr>
                <w:sz w:val="16"/>
              </w:rPr>
              <w:br/>
              <w:t>• 3. Hafta 28 Eylül-02 Ekim: Doğadan/çevreden/nesnelerden duyulan sesler Doğadan/çevreden/nesnelerden duyulan sesler</w:t>
            </w:r>
            <w:r>
              <w:rPr>
                <w:sz w:val="16"/>
              </w:rPr>
              <w:br/>
              <w:t>Uygulamada ön değerlendirme, modelleme/rehberli uygulama, öğrenci katılımı, ürün-performans oluşturma ve kısa yansıtma basamakları sınıfın hazırbulunuşluğuna göre düzenlenir.</w:t>
            </w:r>
          </w:p>
        </w:tc>
      </w:tr>
      <w:tr w:rsidR="005C2B90" w14:paraId="64C3FBEC" w14:textId="77777777" w:rsidTr="00A62545">
        <w:trPr>
          <w:jc w:val="center"/>
        </w:trPr>
        <w:tc>
          <w:tcPr>
            <w:tcW w:w="4291" w:type="dxa"/>
            <w:shd w:val="clear" w:color="auto" w:fill="EEF5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EC90D2" w14:textId="77777777" w:rsidR="005C2B90" w:rsidRDefault="00000000">
            <w:pPr>
              <w:spacing w:after="0"/>
            </w:pPr>
            <w:r>
              <w:rPr>
                <w:b/>
                <w:sz w:val="16"/>
              </w:rPr>
              <w:t>4. ÖĞRENME KANITLARI • ÖLÇÜT • ÖĞRETİM KARARI</w:t>
            </w:r>
          </w:p>
        </w:tc>
        <w:tc>
          <w:tcPr>
            <w:tcW w:w="748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7C9099" w14:textId="77777777" w:rsidR="005C2B90" w:rsidRDefault="00000000">
            <w:pPr>
              <w:spacing w:after="0"/>
            </w:pPr>
            <w:r>
              <w:rPr>
                <w:sz w:val="16"/>
              </w:rPr>
              <w:t>• Gözlem + performans ürünü; haftanın öğrenme çıktısına ulaşma düzeyi izlenir ve sonraki uygulama buna göre düzenlenir.</w:t>
            </w:r>
            <w:r>
              <w:rPr>
                <w:sz w:val="16"/>
              </w:rPr>
              <w:br/>
              <w:t>• Ses keşif kaydı + karşılaştırma gözlemi. Ölçüt: duyduğu seslerin kaynağını, benzerlik ve farklılıklarını doğru ifade eder.</w:t>
            </w:r>
            <w:r>
              <w:rPr>
                <w:sz w:val="16"/>
              </w:rPr>
              <w:br/>
              <w:t>Karar kullanımı: Toplanan kanıtlar yalnız sonuç bildirmek için değil; öğrencinin güçlü yönünü, destek gerektiren beceriyi ve bir sonraki öğretim adımını belirlemek için kullanılır. Ay sonu değerlendirmesinde hızdan çok doğruluk, anlamlandırma, uygun strateji kullanımı ve gelişim seyri dikkate alınır.</w:t>
            </w:r>
          </w:p>
        </w:tc>
      </w:tr>
      <w:tr w:rsidR="005C2B90" w14:paraId="23EB164C" w14:textId="77777777" w:rsidTr="00A62545">
        <w:trPr>
          <w:jc w:val="center"/>
        </w:trPr>
        <w:tc>
          <w:tcPr>
            <w:tcW w:w="4291" w:type="dxa"/>
            <w:shd w:val="clear" w:color="auto" w:fill="EEF5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DA46B5E" w14:textId="77777777" w:rsidR="005C2B90" w:rsidRDefault="00000000">
            <w:pPr>
              <w:spacing w:after="0"/>
            </w:pPr>
            <w:r>
              <w:rPr>
                <w:b/>
                <w:sz w:val="16"/>
              </w:rPr>
              <w:t>5. BECERİ • EĞİLİM • DEĞER • OKURYAZARLIK</w:t>
            </w:r>
          </w:p>
        </w:tc>
        <w:tc>
          <w:tcPr>
            <w:tcW w:w="748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B7DECC" w14:textId="77777777" w:rsidR="005C2B90" w:rsidRDefault="00000000">
            <w:pPr>
              <w:spacing w:after="0"/>
            </w:pPr>
            <w:r>
              <w:rPr>
                <w:sz w:val="16"/>
              </w:rPr>
              <w:t>Sosyal-duygusal / öğrenme becerileri: SDB2.1. İletişim Becerisi SDB2.2. İş Birliği Becerisi</w:t>
            </w:r>
            <w:r>
              <w:rPr>
                <w:sz w:val="16"/>
              </w:rPr>
              <w:br/>
              <w:t>Değerler: D3. Çalışkanlık D4. Dostluk D11. Özgürlük D13. Sağlıklı Yaşam D14. Saygı D15. Sevgi D19. Vatanseverlik</w:t>
            </w:r>
            <w:r>
              <w:rPr>
                <w:sz w:val="16"/>
              </w:rPr>
              <w:br/>
              <w:t>Okuryazarlık: OB1. Bilgi Okuryazarlığı OB2. Dijital Okuryazarlık OB9. Sanat Okuryazarlığı</w:t>
            </w:r>
            <w:r>
              <w:rPr>
                <w:sz w:val="16"/>
              </w:rPr>
              <w:br/>
              <w:t>İzleme odağı: Bu bileşenlerin yalnız adları değil, ay içindeki etkinliklerde gözlenebilir davranışa dönüşme durumu öğretmen gözlemiyle kaydedilir.</w:t>
            </w:r>
          </w:p>
        </w:tc>
      </w:tr>
      <w:tr w:rsidR="005C2B90" w14:paraId="1E5D991C" w14:textId="77777777" w:rsidTr="00A62545">
        <w:trPr>
          <w:jc w:val="center"/>
        </w:trPr>
        <w:tc>
          <w:tcPr>
            <w:tcW w:w="4291" w:type="dxa"/>
            <w:shd w:val="clear" w:color="auto" w:fill="EEF5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C32174" w14:textId="77777777" w:rsidR="005C2B90" w:rsidRDefault="00000000">
            <w:pPr>
              <w:spacing w:after="0"/>
            </w:pPr>
            <w:r>
              <w:rPr>
                <w:b/>
                <w:sz w:val="16"/>
              </w:rPr>
              <w:t>6. FARKLILAŞTIRMA: DESTEKLEME / ZENGİNLEŞTİRME</w:t>
            </w:r>
          </w:p>
        </w:tc>
        <w:tc>
          <w:tcPr>
            <w:tcW w:w="748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E70954" w14:textId="77777777" w:rsidR="005C2B90" w:rsidRDefault="00000000">
            <w:pPr>
              <w:spacing w:after="0"/>
            </w:pPr>
            <w:r>
              <w:rPr>
                <w:sz w:val="16"/>
              </w:rPr>
              <w:t>• DESTEK: model, görsel/işitsel ipucu ve tekrar. ZENGİN: bağımsız müziksel üretim veya farklı sunum yolu deneme.</w:t>
            </w:r>
            <w:r>
              <w:rPr>
                <w:sz w:val="16"/>
              </w:rPr>
              <w:br/>
              <w:t>• DESTEK: gerçek/işitsel ses örnekleri ve resimli eşleştirme. ZENGİN: çevre seslerini sınıflandırıp özgün bir “ses haritası” oluşturma.</w:t>
            </w:r>
            <w:r>
              <w:rPr>
                <w:sz w:val="16"/>
              </w:rPr>
              <w:br/>
              <w:t>Uygulama notu: Destekleme ve zenginleştirme, aynı öğrenme çıktısına ulaşmayı gözetir; görev karmaşıklığı, süre, materyal, modelleme ve bağımsızlık düzeyi öğrenci ihtiyacına göre uyarlanır.</w:t>
            </w:r>
          </w:p>
        </w:tc>
      </w:tr>
      <w:tr w:rsidR="005C2B90" w14:paraId="064FC1F0" w14:textId="77777777" w:rsidTr="00A62545">
        <w:trPr>
          <w:jc w:val="center"/>
        </w:trPr>
        <w:tc>
          <w:tcPr>
            <w:tcW w:w="4291" w:type="dxa"/>
            <w:shd w:val="clear" w:color="auto" w:fill="EEF5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C7867D" w14:textId="77777777" w:rsidR="005C2B90" w:rsidRDefault="00000000">
            <w:pPr>
              <w:spacing w:after="0"/>
            </w:pPr>
            <w:r>
              <w:rPr>
                <w:b/>
                <w:sz w:val="16"/>
              </w:rPr>
              <w:t>7. OKUL TEMELLİ PLANLAMA • GERÇEK YAŞAM • TAKVİM</w:t>
            </w:r>
          </w:p>
        </w:tc>
        <w:tc>
          <w:tcPr>
            <w:tcW w:w="748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C7F2F8C" w14:textId="5181D669" w:rsidR="005C2B90" w:rsidRDefault="00000000">
            <w:pPr>
              <w:spacing w:after="0"/>
            </w:pPr>
            <w:r>
              <w:rPr>
                <w:sz w:val="16"/>
              </w:rPr>
              <w:t>Okul temelli / gerçek yaşam bağlantıları:</w:t>
            </w:r>
            <w:r>
              <w:rPr>
                <w:sz w:val="16"/>
              </w:rPr>
              <w:br/>
              <w:t>• “Marşımızı Tanıyorum”: haftanın içeriğine uygun kısa dinleme/söyleme/ritim etkinliği; sınıf veya okul müzik köşesinde uygulanabilir.</w:t>
            </w:r>
            <w:r>
              <w:rPr>
                <w:sz w:val="16"/>
              </w:rPr>
              <w:br/>
              <w:t>• “Bayrak ve Marş Köşesi”: haftanın içeriğine uygun kısa dinleme/söyleme/ritim etkinliği; sınıf veya okul müzik köşesinde uygulanabilir.</w:t>
            </w:r>
            <w:r>
              <w:rPr>
                <w:sz w:val="16"/>
              </w:rPr>
              <w:br/>
              <w:t>• “Ses Avcıları”: haftanın içeriğine uygun kısa dinleme/söyleme/ritim etkinliği; sınıf veya okul müzik köşesinde uygulanabilir.</w:t>
            </w:r>
            <w:r>
              <w:rPr>
                <w:sz w:val="16"/>
              </w:rPr>
              <w:br/>
              <w:t>Belirli gün, hafta ve takvim bağlantıları: Gaziler Günü; Hayvanları Koruma Günü</w:t>
            </w:r>
            <w:r>
              <w:rPr>
                <w:sz w:val="16"/>
              </w:rPr>
              <w:br/>
              <w:t xml:space="preserve">Gerçekleştirilen uygulama/uyarlama öğretmen tarafından aşağıya kaydedilir: </w:t>
            </w:r>
            <w:r w:rsidR="00A62545">
              <w:rPr>
                <w:sz w:val="16"/>
              </w:rPr>
              <w:t>..................................................................................................................................</w:t>
            </w:r>
            <w:r w:rsidR="00A62545">
              <w:rPr>
                <w:sz w:val="16"/>
              </w:rPr>
              <w:t>............................</w:t>
            </w:r>
          </w:p>
        </w:tc>
      </w:tr>
      <w:tr w:rsidR="005C2B90" w14:paraId="410BB3E7" w14:textId="77777777" w:rsidTr="00A62545">
        <w:trPr>
          <w:jc w:val="center"/>
        </w:trPr>
        <w:tc>
          <w:tcPr>
            <w:tcW w:w="4291" w:type="dxa"/>
            <w:shd w:val="clear" w:color="auto" w:fill="EEF5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CFD0E1" w14:textId="77777777" w:rsidR="005C2B90" w:rsidRDefault="00000000">
            <w:pPr>
              <w:spacing w:after="0"/>
            </w:pPr>
            <w:r>
              <w:rPr>
                <w:b/>
                <w:sz w:val="16"/>
              </w:rPr>
              <w:lastRenderedPageBreak/>
              <w:t>8. AYLIK GÖZLEM VE ÖĞRETMEN YANSITMASI</w:t>
            </w:r>
          </w:p>
        </w:tc>
        <w:tc>
          <w:tcPr>
            <w:tcW w:w="748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B8D2687" w14:textId="77777777" w:rsidR="005C2B90" w:rsidRDefault="00000000">
            <w:pPr>
              <w:spacing w:after="0"/>
            </w:pPr>
            <w:r>
              <w:rPr>
                <w:sz w:val="16"/>
              </w:rPr>
              <w:t>Etkili olan uygulamalar: ................................................................................................................</w:t>
            </w:r>
            <w:r>
              <w:rPr>
                <w:sz w:val="16"/>
              </w:rPr>
              <w:br/>
              <w:t>Öğrencilerin güçlü yönleri / olumlu gelişmeler: ..............................................................................</w:t>
            </w:r>
            <w:r>
              <w:rPr>
                <w:sz w:val="16"/>
              </w:rPr>
              <w:br/>
              <w:t>Planlanan süreç ile gerçekleşen uygulama arasındaki farklar ve nedenleri: ......................................</w:t>
            </w:r>
          </w:p>
        </w:tc>
      </w:tr>
      <w:tr w:rsidR="005C2B90" w14:paraId="6906CB07" w14:textId="77777777" w:rsidTr="00A62545">
        <w:trPr>
          <w:jc w:val="center"/>
        </w:trPr>
        <w:tc>
          <w:tcPr>
            <w:tcW w:w="4291" w:type="dxa"/>
            <w:shd w:val="clear" w:color="auto" w:fill="EEF5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017ADC" w14:textId="77777777" w:rsidR="005C2B90" w:rsidRDefault="00000000">
            <w:pPr>
              <w:spacing w:after="0"/>
            </w:pPr>
            <w:r>
              <w:rPr>
                <w:b/>
                <w:sz w:val="16"/>
              </w:rPr>
              <w:t>9. İHTİYAÇ • ÖNLEM • SONRAKİ AYA AKTARIM</w:t>
            </w:r>
          </w:p>
        </w:tc>
        <w:tc>
          <w:tcPr>
            <w:tcW w:w="748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8D330E0" w14:textId="77777777" w:rsidR="005C2B90" w:rsidRDefault="00000000">
            <w:pPr>
              <w:spacing w:after="0"/>
            </w:pPr>
            <w:r>
              <w:rPr>
                <w:sz w:val="16"/>
              </w:rPr>
              <w:t>Desteklenmesi / yeniden ele alınması gereken alan: ........................................................................</w:t>
            </w:r>
            <w:r>
              <w:rPr>
                <w:sz w:val="16"/>
              </w:rPr>
              <w:br/>
              <w:t>Alınacak önlem / kullanılacak destek: ...............................................................................................</w:t>
            </w:r>
            <w:r>
              <w:rPr>
                <w:sz w:val="16"/>
              </w:rPr>
              <w:br/>
              <w:t>Ekim ayına aktarım: Bu ayın öğrenme kanıtları ve gözlemleri doğrultusunda gerekli tekrar, destekleme, zenginleştirme ve hazırbulunuşluk çalışmaları bir sonraki öğretim sürecine aktarılır.</w:t>
            </w:r>
          </w:p>
        </w:tc>
      </w:tr>
      <w:tr w:rsidR="005C2B90" w14:paraId="3883CFE1" w14:textId="77777777" w:rsidTr="00A62545">
        <w:trPr>
          <w:jc w:val="center"/>
        </w:trPr>
        <w:tc>
          <w:tcPr>
            <w:tcW w:w="4291" w:type="dxa"/>
            <w:shd w:val="clear" w:color="auto" w:fill="EEF5F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A7BA96" w14:textId="77777777" w:rsidR="005C2B90" w:rsidRDefault="00000000">
            <w:pPr>
              <w:spacing w:after="0"/>
            </w:pPr>
            <w:r>
              <w:rPr>
                <w:b/>
                <w:sz w:val="16"/>
              </w:rPr>
              <w:t>10. EKLER / DELİLLER</w:t>
            </w:r>
          </w:p>
        </w:tc>
        <w:tc>
          <w:tcPr>
            <w:tcW w:w="748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A8BAB1" w14:textId="77777777" w:rsidR="005C2B90" w:rsidRDefault="00000000">
            <w:pPr>
              <w:spacing w:after="0"/>
              <w:rPr>
                <w:sz w:val="16"/>
              </w:rPr>
            </w:pPr>
            <w:r>
              <w:rPr>
                <w:sz w:val="16"/>
              </w:rPr>
              <w:t>Uygunsa: öğrenci ürünü, çalışma kâğıdı, kontrol listesi, gözlem notu, rubrik/dereceli puanlama anahtarı, öz/akran değerlendirme, fotoğraf veya dijital ürün bilgisi.</w:t>
            </w:r>
            <w:r>
              <w:rPr>
                <w:sz w:val="16"/>
              </w:rPr>
              <w:br/>
              <w:t>Ek / delil kaydı: ..................................................................................................................................</w:t>
            </w:r>
          </w:p>
          <w:p w14:paraId="74F3908D" w14:textId="77777777" w:rsidR="00A62545" w:rsidRDefault="00A62545">
            <w:pPr>
              <w:spacing w:after="0"/>
              <w:rPr>
                <w:sz w:val="16"/>
              </w:rPr>
            </w:pPr>
            <w:r>
              <w:rPr>
                <w:sz w:val="16"/>
              </w:rPr>
              <w:t>..............................................................................................................................................................</w:t>
            </w:r>
          </w:p>
          <w:p w14:paraId="71ADEDAC" w14:textId="59C4A8C7" w:rsidR="00A62545" w:rsidRDefault="00A62545">
            <w:pPr>
              <w:spacing w:after="0"/>
            </w:pPr>
            <w:r>
              <w:rPr>
                <w:sz w:val="16"/>
              </w:rPr>
              <w:t>..............................................................................................................................................................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>..............................................................................................................................................................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>..............................................................................................................................................................</w:t>
            </w:r>
            <w:r>
              <w:rPr>
                <w:sz w:val="16"/>
              </w:rPr>
              <w:t xml:space="preserve"> </w:t>
            </w:r>
            <w:r>
              <w:rPr>
                <w:sz w:val="16"/>
              </w:rPr>
              <w:t>..............................................................................................................................................................</w:t>
            </w:r>
          </w:p>
        </w:tc>
      </w:tr>
    </w:tbl>
    <w:p w14:paraId="33CAAFE6" w14:textId="77777777" w:rsidR="005C2B90" w:rsidRDefault="00000000">
      <w:pPr>
        <w:spacing w:before="100" w:after="80"/>
      </w:pPr>
      <w:r>
        <w:rPr>
          <w:b/>
        </w:rPr>
        <w:t xml:space="preserve">Kaynak </w:t>
      </w:r>
      <w:r>
        <w:rPr>
          <w:b/>
        </w:rPr>
        <w:t>ve</w:t>
      </w:r>
      <w:r>
        <w:rPr>
          <w:b/>
        </w:rPr>
        <w:t xml:space="preserve"> </w:t>
      </w:r>
      <w:r>
        <w:rPr>
          <w:b/>
        </w:rPr>
        <w:t>kullanım</w:t>
      </w:r>
      <w:r>
        <w:rPr>
          <w:b/>
        </w:rPr>
        <w:t xml:space="preserve"> </w:t>
      </w:r>
      <w:r>
        <w:rPr>
          <w:b/>
        </w:rPr>
        <w:t>notu</w:t>
      </w:r>
      <w:r>
        <w:rPr>
          <w:b/>
        </w:rPr>
        <w:t xml:space="preserve">: </w:t>
      </w:r>
      <w:r>
        <w:t xml:space="preserve">Rapor; 2026-2027 1. sınıf ders akışına ilişkin EduPlan Y Planı ile ilgili MEB/TYMM öğretim programı ve resmî çerçeve plan yaklaşımı esas alınarak hazırlanmıştır. “Planlanan/uygulanabilir” ifadeler program önerisini; boş yansıtma alanları ise öğretmenin sınıfında gerçekten gerçekleşen süreci kaydetmesi içindir. Gerçekleşmemiş </w:t>
      </w:r>
      <w:r>
        <w:t>etkinlik</w:t>
      </w:r>
      <w:r>
        <w:t xml:space="preserve"> </w:t>
      </w:r>
      <w:r>
        <w:t>yapılmış</w:t>
      </w:r>
      <w:r>
        <w:t xml:space="preserve"> </w:t>
      </w:r>
      <w:r>
        <w:t>gibi</w:t>
      </w:r>
      <w:r>
        <w:t xml:space="preserve"> </w:t>
      </w:r>
      <w:r>
        <w:t>raporlanmamalıdır</w:t>
      </w:r>
      <w:r>
        <w:t>.</w:t>
      </w:r>
    </w:p>
    <w:p w14:paraId="7C6FFB98" w14:textId="77777777" w:rsidR="00CD45A5" w:rsidRDefault="00CD45A5">
      <w:pPr>
        <w:spacing w:before="100" w:after="8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55"/>
        <w:gridCol w:w="5355"/>
      </w:tblGrid>
      <w:tr w:rsidR="005C2B90" w14:paraId="2A6C3A88" w14:textId="77777777">
        <w:trPr>
          <w:jc w:val="center"/>
        </w:trPr>
        <w:tc>
          <w:tcPr>
            <w:tcW w:w="5355" w:type="dxa"/>
            <w:shd w:val="clear" w:color="auto" w:fill="D9EAF7"/>
          </w:tcPr>
          <w:p w14:paraId="01CAD723" w14:textId="77777777" w:rsidR="005C2B90" w:rsidRDefault="00000000">
            <w:pPr>
              <w:spacing w:after="0"/>
            </w:pPr>
            <w:r>
              <w:rPr>
                <w:b/>
                <w:sz w:val="17"/>
              </w:rPr>
              <w:t>Hazırlayan</w:t>
            </w:r>
          </w:p>
        </w:tc>
        <w:tc>
          <w:tcPr>
            <w:tcW w:w="5355" w:type="dxa"/>
            <w:shd w:val="clear" w:color="auto" w:fill="D9EAF7"/>
          </w:tcPr>
          <w:p w14:paraId="5DABFF41" w14:textId="77777777" w:rsidR="005C2B90" w:rsidRDefault="00000000">
            <w:pPr>
              <w:spacing w:after="0"/>
            </w:pPr>
            <w:r>
              <w:rPr>
                <w:b/>
                <w:sz w:val="17"/>
              </w:rPr>
              <w:t>UYGUNDUR</w:t>
            </w:r>
          </w:p>
        </w:tc>
      </w:tr>
      <w:tr w:rsidR="005C2B90" w14:paraId="174E4C81" w14:textId="77777777">
        <w:trPr>
          <w:jc w:val="center"/>
        </w:trPr>
        <w:tc>
          <w:tcPr>
            <w:tcW w:w="5355" w:type="dxa"/>
          </w:tcPr>
          <w:p w14:paraId="150E3CB0" w14:textId="77777777" w:rsidR="005C2B90" w:rsidRDefault="00000000">
            <w:pPr>
              <w:spacing w:after="0"/>
            </w:pPr>
            <w:r>
              <w:rPr>
                <w:sz w:val="17"/>
              </w:rPr>
              <w:t>{{teacher_full_name}}</w:t>
            </w:r>
            <w:r>
              <w:rPr>
                <w:sz w:val="17"/>
              </w:rPr>
              <w:br/>
              <w:t>Sınıf Öğretmeni</w:t>
            </w:r>
          </w:p>
        </w:tc>
        <w:tc>
          <w:tcPr>
            <w:tcW w:w="5355" w:type="dxa"/>
          </w:tcPr>
          <w:p w14:paraId="5E3AF823" w14:textId="77777777" w:rsidR="005C2B90" w:rsidRDefault="00000000">
            <w:pPr>
              <w:spacing w:after="0"/>
            </w:pPr>
            <w:r>
              <w:rPr>
                <w:sz w:val="17"/>
              </w:rPr>
              <w:t>{{principal_name}}</w:t>
            </w:r>
            <w:r>
              <w:rPr>
                <w:sz w:val="17"/>
              </w:rPr>
              <w:br/>
              <w:t>Okul Müdürü</w:t>
            </w:r>
          </w:p>
        </w:tc>
      </w:tr>
    </w:tbl>
    <w:p w14:paraId="31D9B905" w14:textId="77777777" w:rsidR="00FD53B7" w:rsidRDefault="00FD53B7"/>
    <w:sectPr w:rsidR="00FD53B7" w:rsidSect="00034616">
      <w:footerReference w:type="default" r:id="rId8"/>
      <w:pgSz w:w="12240" w:h="15840"/>
      <w:pgMar w:top="680" w:right="765" w:bottom="680" w:left="76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88C70" w14:textId="77777777" w:rsidR="00FD53B7" w:rsidRDefault="00FD53B7">
      <w:pPr>
        <w:spacing w:after="0" w:line="240" w:lineRule="auto"/>
      </w:pPr>
      <w:r>
        <w:separator/>
      </w:r>
    </w:p>
  </w:endnote>
  <w:endnote w:type="continuationSeparator" w:id="0">
    <w:p w14:paraId="6CAB0AC0" w14:textId="77777777" w:rsidR="00FD53B7" w:rsidRDefault="00FD5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0801F" w14:textId="77777777" w:rsidR="005C2B90" w:rsidRDefault="00000000">
    <w:pPr>
      <w:pStyle w:val="AltBilgi"/>
      <w:jc w:val="center"/>
    </w:pPr>
    <w:r>
      <w:t>EduPlan</w:t>
    </w:r>
    <w:r>
      <w:t xml:space="preserve"> • 1. </w:t>
    </w:r>
    <w:r>
      <w:t>Sınıf</w:t>
    </w:r>
    <w:r>
      <w:t xml:space="preserve"> Maarif Aylık </w:t>
    </w:r>
    <w:r>
      <w:t>Raporu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9D183" w14:textId="77777777" w:rsidR="00FD53B7" w:rsidRDefault="00FD53B7">
      <w:pPr>
        <w:spacing w:after="0" w:line="240" w:lineRule="auto"/>
      </w:pPr>
      <w:r>
        <w:separator/>
      </w:r>
    </w:p>
  </w:footnote>
  <w:footnote w:type="continuationSeparator" w:id="0">
    <w:p w14:paraId="386CF15E" w14:textId="77777777" w:rsidR="00FD53B7" w:rsidRDefault="00FD53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83862117">
    <w:abstractNumId w:val="8"/>
  </w:num>
  <w:num w:numId="2" w16cid:durableId="1565414035">
    <w:abstractNumId w:val="6"/>
  </w:num>
  <w:num w:numId="3" w16cid:durableId="1765834475">
    <w:abstractNumId w:val="5"/>
  </w:num>
  <w:num w:numId="4" w16cid:durableId="1279945789">
    <w:abstractNumId w:val="4"/>
  </w:num>
  <w:num w:numId="5" w16cid:durableId="1571698675">
    <w:abstractNumId w:val="7"/>
  </w:num>
  <w:num w:numId="6" w16cid:durableId="1609657132">
    <w:abstractNumId w:val="3"/>
  </w:num>
  <w:num w:numId="7" w16cid:durableId="1279946776">
    <w:abstractNumId w:val="2"/>
  </w:num>
  <w:num w:numId="8" w16cid:durableId="1011103515">
    <w:abstractNumId w:val="1"/>
  </w:num>
  <w:num w:numId="9" w16cid:durableId="2067948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517EE"/>
    <w:rsid w:val="005C2B90"/>
    <w:rsid w:val="00A62545"/>
    <w:rsid w:val="00AA1D8D"/>
    <w:rsid w:val="00B47730"/>
    <w:rsid w:val="00CB0664"/>
    <w:rsid w:val="00CD45A5"/>
    <w:rsid w:val="00FC693F"/>
    <w:rsid w:val="00FD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86B61D"/>
  <w14:defaultImageDpi w14:val="300"/>
  <w15:docId w15:val="{1BCD71B7-0596-4B42-939F-403D9569E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noProof w:val="true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hAnsi="Aptos"/>
      <w:sz w:val="18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1005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6723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Lenovo</cp:lastModifiedBy>
  <cp:revision>3</cp:revision>
  <dcterms:created xsi:type="dcterms:W3CDTF">2013-12-23T23:15:00Z</dcterms:created>
  <dcterms:modified xsi:type="dcterms:W3CDTF">2026-09-10T18:27:00Z</dcterms:modified>
  <cp:category/>
</cp:coreProperties>
</file>